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4B2BA8"/>
          <w:sz w:val="48"/>
          <w:rtl/>
          <w:szCs w:val="48"/>
          <w:bCs/>
        </w:rPr>
        <w:t>משחקי טקסט ומשימות – גרסת נייר</w:t>
      </w:r>
    </w:p>
    <w:p>
      <w:pPr>
        <w:bidi/>
        <w:jc w:val="center"/>
      </w:pPr>
      <w:r>
        <w:rPr>
          <w:rFonts w:ascii="Arial" w:hAnsi="Arial" w:cs="Arial"/>
          <w:color w:val="555577"/>
          <w:sz w:val="28"/>
          <w:rtl/>
          <w:szCs w:val="28"/>
        </w:rPr>
        <w:t>🌍 גלובליזציה – כפר עולמי · תיכון – עולים חדשים · חוברת תלמיד</w:t>
      </w:r>
    </w:p>
    <w:p>
      <w:pPr>
        <w:bidi/>
        <w:jc w:val="right"/>
      </w:pPr>
      <w:r>
        <w:rPr>
          <w:rFonts w:ascii="Arial" w:hAnsi="Arial" w:cs="Arial"/>
          <w:sz w:val="24"/>
          <w:rtl/>
          <w:szCs w:val="24"/>
        </w:rPr>
        <w:t>בחוברת: בלש הטקסט · צופן סודי · דרכון תחנות · מיון וציר זמן · נחשו ובדקו · יוצא דופן · משחקי סיום</w:t>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4B2BA8"/>
          <w:sz w:val="40"/>
          <w:rtl/>
          <w:szCs w:val="40"/>
          <w:bCs/>
        </w:rPr>
        <w:t>חלק א׳ – 🕵️ 🕵️ מה עזר למרים?</w:t>
      </w:r>
    </w:p>
    <w:p>
      <w:pPr>
        <w:bidi/>
        <w:jc w:val="right"/>
      </w:pPr>
      <w:r>
        <w:rPr>
          <w:rFonts w:ascii="Arial" w:hAnsi="Arial" w:cs="Arial"/>
          <w:color w:val="555577"/>
          <w:sz w:val="24"/>
          <w:rtl/>
          <w:szCs w:val="24"/>
        </w:rPr>
        <w:t>התיק: מה עזר למרים למכור בכל העולם? קראו את הטקסט, ענו על שאלות הרמזים, וסמנו ✖ על כל חשוד/ה שנשלל/ה.</w:t>
      </w:r>
    </w:p>
    <w:p>
      <w:pPr>
        <w:bidi/>
        <w:jc w:val="right"/>
      </w:pPr>
      <w:r>
        <w:rPr>
          <w:rFonts w:ascii="Arial" w:hAnsi="Arial" w:cs="Arial"/>
          <w:b/>
          <w:color w:val="6A3FD4"/>
          <w:sz w:val="26"/>
          <w:rtl/>
          <w:szCs w:val="26"/>
          <w:bCs/>
        </w:rPr>
        <w:t>▌ הטקסט</w:t>
      </w:r>
    </w:p>
    <w:p>
      <w:pPr>
        <w:bidi/>
        <w:jc w:val="right"/>
      </w:pPr>
      <w:r>
        <w:rPr>
          <w:rFonts w:ascii="Arial" w:hAnsi="Arial" w:cs="Arial"/>
          <w:sz w:val="24"/>
          <w:rtl/>
          <w:szCs w:val="24"/>
        </w:rPr>
        <w:t>מרים עושה תכשיטים בבית. בעיר שלה יש מעט קונים. היא לא פתחה חנות ברחוב. לפני שנה היא פתחה חנות באינטרנט. עכשיו קונים ממנה אנשים מארבע יבשות. הדואר שולח את החבילות. אבל הדואר עבד גם קודם, כמו תמיד. גם המחיר של התכשיטים לא ירד. אז מה עזר למרים?</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החשוד/ה</w:t>
            </w:r>
          </w:p>
        </w:tc>
        <w:tc>
          <w:tcPr>
            <w:tcW w:type="dxa" w:w="2606"/>
            <w:shd w:val="clear" w:fill="E5DBFF"/>
          </w:tcPr>
          <w:p>
            <w:pPr>
              <w:bidi/>
              <w:jc w:val="right"/>
            </w:pPr>
            <w:r>
              <w:rPr>
                <w:rFonts w:ascii="Arial" w:hAnsi="Arial" w:cs="Arial"/>
                <w:b/>
                <w:sz w:val="22"/>
                <w:rtl/>
                <w:szCs w:val="22"/>
                <w:bCs/>
              </w:rPr>
              <w:t>תיאור</w:t>
            </w:r>
          </w:p>
        </w:tc>
        <w:tc>
          <w:tcPr>
            <w:tcW w:type="dxa" w:w="2606"/>
            <w:shd w:val="clear" w:fill="E5DBFF"/>
          </w:tcPr>
          <w:p>
            <w:pPr>
              <w:bidi/>
              <w:jc w:val="right"/>
            </w:pPr>
            <w:r>
              <w:rPr>
                <w:rFonts w:ascii="Arial" w:hAnsi="Arial" w:cs="Arial"/>
                <w:b/>
                <w:sz w:val="22"/>
                <w:rtl/>
                <w:szCs w:val="22"/>
                <w:bCs/>
              </w:rPr>
              <w:t>נשלל/ה? ✖</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הדואר</w:t>
            </w:r>
          </w:p>
        </w:tc>
        <w:tc>
          <w:tcPr>
            <w:tcW w:type="dxa" w:w="2606"/>
          </w:tcPr>
          <w:p>
            <w:pPr>
              <w:bidi/>
              <w:jc w:val="right"/>
            </w:pPr>
            <w:r>
              <w:rPr>
                <w:rFonts w:ascii="Arial" w:hAnsi="Arial" w:cs="Arial"/>
                <w:sz w:val="22"/>
                <w:rtl/>
                <w:szCs w:val="22"/>
              </w:rPr>
              <w:t>שולח חבילות.</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מחיר נמוך</w:t>
            </w:r>
          </w:p>
        </w:tc>
        <w:tc>
          <w:tcPr>
            <w:tcW w:type="dxa" w:w="2606"/>
          </w:tcPr>
          <w:p>
            <w:pPr>
              <w:bidi/>
              <w:jc w:val="right"/>
            </w:pPr>
            <w:r>
              <w:rPr>
                <w:rFonts w:ascii="Arial" w:hAnsi="Arial" w:cs="Arial"/>
                <w:sz w:val="22"/>
                <w:rtl/>
                <w:szCs w:val="22"/>
              </w:rPr>
              <w:t>אולי התכשיטים זולים יותר?</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האינטרנט</w:t>
            </w:r>
          </w:p>
        </w:tc>
        <w:tc>
          <w:tcPr>
            <w:tcW w:type="dxa" w:w="2606"/>
          </w:tcPr>
          <w:p>
            <w:pPr>
              <w:bidi/>
              <w:jc w:val="right"/>
            </w:pPr>
            <w:r>
              <w:rPr>
                <w:rFonts w:ascii="Arial" w:hAnsi="Arial" w:cs="Arial"/>
                <w:sz w:val="22"/>
                <w:rtl/>
                <w:szCs w:val="22"/>
              </w:rPr>
              <w:t>מחבר קונים מכל העולם.</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חנות ברחוב</w:t>
            </w:r>
          </w:p>
        </w:tc>
        <w:tc>
          <w:tcPr>
            <w:tcW w:type="dxa" w:w="2606"/>
          </w:tcPr>
          <w:p>
            <w:pPr>
              <w:bidi/>
              <w:jc w:val="right"/>
            </w:pPr>
            <w:r>
              <w:rPr>
                <w:rFonts w:ascii="Arial" w:hAnsi="Arial" w:cs="Arial"/>
                <w:sz w:val="22"/>
                <w:rtl/>
                <w:szCs w:val="22"/>
              </w:rPr>
              <w:t>אולי היא פתחה חנות חדשה?</w:t>
            </w:r>
          </w:p>
        </w:tc>
        <w:tc>
          <w:tcPr>
            <w:tcW w:type="dxa" w:w="2606"/>
          </w:tcPr>
          <w:p>
            <w:pPr>
              <w:bidi/>
              <w:jc w:val="right"/>
            </w:pPr>
            <w:r>
              <w:rPr>
                <w:rFonts w:ascii="Arial" w:hAnsi="Arial" w:cs="Arial"/>
                <w:sz w:val="22"/>
                <w:rtl/>
                <w:szCs w:val="22"/>
              </w:rPr>
              <w:t>☐</w:t>
            </w:r>
          </w:p>
        </w:tc>
      </w:tr>
    </w:tbl>
    <w:p>
      <w:pPr>
        <w:bidi/>
        <w:jc w:val="right"/>
      </w:pPr>
    </w:p>
    <w:p>
      <w:pPr>
        <w:bidi/>
        <w:jc w:val="right"/>
      </w:pPr>
      <w:r>
        <w:rPr>
          <w:rFonts w:ascii="Arial" w:hAnsi="Arial" w:cs="Arial"/>
          <w:b/>
          <w:sz w:val="24"/>
          <w:rtl/>
          <w:szCs w:val="24"/>
          <w:bCs/>
        </w:rPr>
        <w:t>1. האם מרים פתחה חנות ברחוב?</w:t>
      </w:r>
    </w:p>
    <w:p>
      <w:pPr>
        <w:bidi/>
        <w:jc w:val="right"/>
      </w:pPr>
      <w:r>
        <w:rPr>
          <w:rFonts w:ascii="Arial" w:hAnsi="Arial" w:cs="Arial"/>
          <w:sz w:val="24"/>
          <w:rtl/>
          <w:szCs w:val="24"/>
        </w:rPr>
        <w:t xml:space="preserve">   ◯ א. כן, ברחוב הראשי</w:t>
      </w:r>
    </w:p>
    <w:p>
      <w:pPr>
        <w:bidi/>
        <w:jc w:val="right"/>
      </w:pPr>
      <w:r>
        <w:rPr>
          <w:rFonts w:ascii="Arial" w:hAnsi="Arial" w:cs="Arial"/>
          <w:sz w:val="24"/>
          <w:rtl/>
          <w:szCs w:val="24"/>
        </w:rPr>
        <w:t xml:space="preserve">   ◯ ב. לא, היא לא פתחה</w:t>
      </w:r>
    </w:p>
    <w:p>
      <w:pPr>
        <w:bidi/>
        <w:jc w:val="right"/>
      </w:pPr>
      <w:r>
        <w:rPr>
          <w:rFonts w:ascii="Arial" w:hAnsi="Arial" w:cs="Arial"/>
          <w:sz w:val="24"/>
          <w:rtl/>
          <w:szCs w:val="24"/>
        </w:rPr>
        <w:t xml:space="preserve">   ◯ ג. כן, ליד הים</w:t>
      </w:r>
    </w:p>
    <w:p>
      <w:pPr>
        <w:bidi/>
        <w:jc w:val="right"/>
      </w:pPr>
      <w:r>
        <w:rPr>
          <w:rFonts w:ascii="Arial" w:hAnsi="Arial" w:cs="Arial"/>
          <w:b/>
          <w:sz w:val="24"/>
          <w:rtl/>
          <w:szCs w:val="24"/>
          <w:bCs/>
        </w:rPr>
        <w:t>2. מה קרה למחיר התכשיטים?</w:t>
      </w:r>
    </w:p>
    <w:p>
      <w:pPr>
        <w:bidi/>
        <w:jc w:val="right"/>
      </w:pPr>
      <w:r>
        <w:rPr>
          <w:rFonts w:ascii="Arial" w:hAnsi="Arial" w:cs="Arial"/>
          <w:sz w:val="24"/>
          <w:rtl/>
          <w:szCs w:val="24"/>
        </w:rPr>
        <w:t xml:space="preserve">   ◯ א. הוא עלה</w:t>
      </w:r>
    </w:p>
    <w:p>
      <w:pPr>
        <w:bidi/>
        <w:jc w:val="right"/>
      </w:pPr>
      <w:r>
        <w:rPr>
          <w:rFonts w:ascii="Arial" w:hAnsi="Arial" w:cs="Arial"/>
          <w:sz w:val="24"/>
          <w:rtl/>
          <w:szCs w:val="24"/>
        </w:rPr>
        <w:t xml:space="preserve">   ◯ ב. הוא ירד מאוד</w:t>
      </w:r>
    </w:p>
    <w:p>
      <w:pPr>
        <w:bidi/>
        <w:jc w:val="right"/>
      </w:pPr>
      <w:r>
        <w:rPr>
          <w:rFonts w:ascii="Arial" w:hAnsi="Arial" w:cs="Arial"/>
          <w:sz w:val="24"/>
          <w:rtl/>
          <w:szCs w:val="24"/>
        </w:rPr>
        <w:t xml:space="preserve">   ◯ ג. הוא לא ירד</w:t>
      </w:r>
    </w:p>
    <w:p>
      <w:pPr>
        <w:bidi/>
        <w:jc w:val="right"/>
      </w:pPr>
      <w:r>
        <w:rPr>
          <w:rFonts w:ascii="Arial" w:hAnsi="Arial" w:cs="Arial"/>
          <w:b/>
          <w:sz w:val="24"/>
          <w:rtl/>
          <w:szCs w:val="24"/>
          <w:bCs/>
        </w:rPr>
        <w:t>3. מה כתוב על הדואר?</w:t>
      </w:r>
    </w:p>
    <w:p>
      <w:pPr>
        <w:bidi/>
        <w:jc w:val="right"/>
      </w:pPr>
      <w:r>
        <w:rPr>
          <w:rFonts w:ascii="Arial" w:hAnsi="Arial" w:cs="Arial"/>
          <w:sz w:val="24"/>
          <w:rtl/>
          <w:szCs w:val="24"/>
        </w:rPr>
        <w:t xml:space="preserve">   ◯ א. הדואר עבד גם קודם, כמו תמיד</w:t>
      </w:r>
    </w:p>
    <w:p>
      <w:pPr>
        <w:bidi/>
        <w:jc w:val="right"/>
      </w:pPr>
      <w:r>
        <w:rPr>
          <w:rFonts w:ascii="Arial" w:hAnsi="Arial" w:cs="Arial"/>
          <w:sz w:val="24"/>
          <w:rtl/>
          <w:szCs w:val="24"/>
        </w:rPr>
        <w:t xml:space="preserve">   ◯ ב. הדואר נפתח רק השנה</w:t>
      </w:r>
    </w:p>
    <w:p>
      <w:pPr>
        <w:bidi/>
        <w:jc w:val="right"/>
      </w:pPr>
      <w:r>
        <w:rPr>
          <w:rFonts w:ascii="Arial" w:hAnsi="Arial" w:cs="Arial"/>
          <w:sz w:val="24"/>
          <w:rtl/>
          <w:szCs w:val="24"/>
        </w:rPr>
        <w:t xml:space="preserve">   ◯ ג. אין דואר בעיר</w:t>
      </w:r>
    </w:p>
    <w:p>
      <w:pPr>
        <w:bidi/>
        <w:jc w:val="right"/>
      </w:pPr>
      <w:r>
        <w:rPr>
          <w:rFonts w:ascii="Arial" w:hAnsi="Arial" w:cs="Arial"/>
          <w:sz w:val="24"/>
          <w:rtl/>
          <w:szCs w:val="24"/>
        </w:rPr>
        <w:t>האשם/ה הוא/היא: ______________________ . הוכחה מהטקסט:</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6A3FD4"/>
          <w:sz w:val="32"/>
          <w:rtl/>
          <w:szCs w:val="32"/>
          <w:bCs/>
        </w:rPr>
        <w:t>🗝️ 🔐 אנשים בתנועה</w:t>
      </w:r>
    </w:p>
    <w:p>
      <w:pPr>
        <w:bidi/>
        <w:jc w:val="right"/>
      </w:pPr>
      <w:r>
        <w:rPr>
          <w:rFonts w:ascii="Arial" w:hAnsi="Arial" w:cs="Arial"/>
          <w:b/>
          <w:color w:val="6A3FD4"/>
          <w:sz w:val="26"/>
          <w:rtl/>
          <w:szCs w:val="26"/>
          <w:bCs/>
        </w:rPr>
        <w:t>▌ הקטע</w:t>
      </w:r>
    </w:p>
    <w:p>
      <w:pPr>
        <w:bidi/>
        <w:jc w:val="right"/>
      </w:pPr>
      <w:r>
        <w:rPr>
          <w:rFonts w:ascii="Arial" w:hAnsi="Arial" w:cs="Arial"/>
          <w:sz w:val="24"/>
          <w:rtl/>
          <w:szCs w:val="24"/>
        </w:rPr>
        <w:t>גם אנשים הם חלק מהגלובליזציה. מיליוני אנשים עוברים ממדינה למדינה. זו הגירה. חלק עוברים בשביל עבודה. חלק עוברים בשביל לימודים, ביטחון או חלום. עולים לישראל הם חלק מהתנועה הזאת. הם מביאים איתם שפה, אוכל ומוזיקה. כך החברה נעשית מגוונת יותר.</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w:t>
            </w:r>
          </w:p>
        </w:tc>
        <w:tc>
          <w:tcPr>
            <w:tcW w:type="dxa" w:w="2606"/>
            <w:shd w:val="clear" w:fill="E5DBFF"/>
          </w:tcPr>
          <w:p>
            <w:pPr>
              <w:bidi/>
              <w:jc w:val="right"/>
            </w:pPr>
            <w:r>
              <w:rPr>
                <w:rFonts w:ascii="Arial" w:hAnsi="Arial" w:cs="Arial"/>
                <w:b/>
                <w:sz w:val="22"/>
                <w:rtl/>
                <w:szCs w:val="22"/>
                <w:bCs/>
              </w:rPr>
              <w:t>הצופן</w:t>
            </w:r>
          </w:p>
        </w:tc>
        <w:tc>
          <w:tcPr>
            <w:tcW w:type="dxa" w:w="2606"/>
            <w:shd w:val="clear" w:fill="E5DBFF"/>
          </w:tcPr>
          <w:p>
            <w:pPr>
              <w:bidi/>
              <w:jc w:val="right"/>
            </w:pPr>
            <w:r>
              <w:rPr>
                <w:rFonts w:ascii="Arial" w:hAnsi="Arial" w:cs="Arial"/>
                <w:b/>
                <w:sz w:val="22"/>
                <w:rtl/>
                <w:szCs w:val="22"/>
                <w:bCs/>
              </w:rPr>
              <w:t>רמז</w:t>
            </w:r>
          </w:p>
        </w:tc>
        <w:tc>
          <w:tcPr>
            <w:tcW w:type="dxa" w:w="2606"/>
            <w:shd w:val="clear" w:fill="E5DBFF"/>
          </w:tcPr>
          <w:p>
            <w:pPr>
              <w:bidi/>
              <w:jc w:val="right"/>
            </w:pPr>
            <w:r>
              <w:rPr>
                <w:rFonts w:ascii="Arial" w:hAnsi="Arial" w:cs="Arial"/>
                <w:b/>
                <w:sz w:val="22"/>
                <w:rtl/>
                <w:szCs w:val="22"/>
                <w:bCs/>
              </w:rPr>
              <w:t>המילה</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‏5‏ ‏- 3‏ ‏- 10‏ ‏- 20‏ ‏- 5‏</w:t>
            </w:r>
          </w:p>
        </w:tc>
        <w:tc>
          <w:tcPr>
            <w:tcW w:type="dxa" w:w="2606"/>
          </w:tcPr>
          <w:p>
            <w:pPr>
              <w:bidi/>
              <w:jc w:val="right"/>
            </w:pPr>
            <w:r>
              <w:rPr>
                <w:rFonts w:ascii="Arial" w:hAnsi="Arial" w:cs="Arial"/>
                <w:sz w:val="22"/>
                <w:rtl/>
                <w:szCs w:val="22"/>
              </w:rPr>
              <w:t>מעבר של אנשים ממדינה למדינה.</w:t>
            </w:r>
          </w:p>
        </w:tc>
        <w:tc>
          <w:tcPr>
            <w:tcW w:type="dxa" w:w="2606"/>
          </w:tcPr>
          <w:p>
            <w:pPr>
              <w:bidi/>
              <w:jc w:val="right"/>
            </w:pPr>
            <w:r>
              <w:rPr>
                <w:rFonts w:ascii="Arial" w:hAnsi="Arial" w:cs="Arial"/>
                <w:sz w:val="22"/>
                <w:rtl/>
                <w:szCs w:val="22"/>
              </w:rPr>
              <w:t>__________</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ד ע ה ו ב</w:t>
            </w:r>
          </w:p>
        </w:tc>
        <w:tc>
          <w:tcPr>
            <w:tcW w:type="dxa" w:w="2606"/>
          </w:tcPr>
          <w:p>
            <w:pPr>
              <w:bidi/>
              <w:jc w:val="right"/>
            </w:pPr>
            <w:r>
              <w:rPr>
                <w:rFonts w:ascii="Arial" w:hAnsi="Arial" w:cs="Arial"/>
                <w:sz w:val="22"/>
                <w:rtl/>
                <w:szCs w:val="22"/>
              </w:rPr>
              <w:t>מה שעושים כדי להרוויח כסף.</w:t>
            </w:r>
          </w:p>
        </w:tc>
        <w:tc>
          <w:tcPr>
            <w:tcW w:type="dxa" w:w="2606"/>
          </w:tcPr>
          <w:p>
            <w:pPr>
              <w:bidi/>
              <w:jc w:val="right"/>
            </w:pPr>
            <w:r>
              <w:rPr>
                <w:rFonts w:ascii="Arial" w:hAnsi="Arial" w:cs="Arial"/>
                <w:sz w:val="22"/>
                <w:rtl/>
                <w:szCs w:val="22"/>
              </w:rPr>
              <w:t>__________</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ש ה פ</w:t>
            </w:r>
          </w:p>
        </w:tc>
        <w:tc>
          <w:tcPr>
            <w:tcW w:type="dxa" w:w="2606"/>
          </w:tcPr>
          <w:p>
            <w:pPr>
              <w:bidi/>
              <w:jc w:val="right"/>
            </w:pPr>
            <w:r>
              <w:rPr>
                <w:rFonts w:ascii="Arial" w:hAnsi="Arial" w:cs="Arial"/>
                <w:sz w:val="22"/>
                <w:rtl/>
                <w:szCs w:val="22"/>
              </w:rPr>
              <w:t>עברית, אמהרית, רוסית, צרפתית.</w:t>
            </w:r>
          </w:p>
        </w:tc>
        <w:tc>
          <w:tcPr>
            <w:tcW w:type="dxa" w:w="2606"/>
          </w:tcPr>
          <w:p>
            <w:pPr>
              <w:bidi/>
              <w:jc w:val="right"/>
            </w:pPr>
            <w:r>
              <w:rPr>
                <w:rFonts w:ascii="Arial" w:hAnsi="Arial" w:cs="Arial"/>
                <w:sz w:val="22"/>
                <w:rtl/>
                <w:szCs w:val="22"/>
              </w:rPr>
              <w:t>______</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‏13‏ ‏- 3‏ ‏- 6‏ ‏- 6‏ ‏- 14‏ ‏- 22‏</w:t>
            </w:r>
          </w:p>
        </w:tc>
        <w:tc>
          <w:tcPr>
            <w:tcW w:type="dxa" w:w="2606"/>
          </w:tcPr>
          <w:p>
            <w:pPr>
              <w:bidi/>
              <w:jc w:val="right"/>
            </w:pPr>
            <w:r>
              <w:rPr>
                <w:rFonts w:ascii="Arial" w:hAnsi="Arial" w:cs="Arial"/>
                <w:sz w:val="22"/>
                <w:rtl/>
                <w:szCs w:val="22"/>
              </w:rPr>
              <w:t>חברה עם הרבה צבעים, שפות ותרבויות.</w:t>
            </w:r>
          </w:p>
        </w:tc>
        <w:tc>
          <w:tcPr>
            <w:tcW w:type="dxa" w:w="2606"/>
          </w:tcPr>
          <w:p>
            <w:pPr>
              <w:bidi/>
              <w:jc w:val="right"/>
            </w:pPr>
            <w:r>
              <w:rPr>
                <w:rFonts w:ascii="Arial" w:hAnsi="Arial" w:cs="Arial"/>
                <w:sz w:val="22"/>
                <w:rtl/>
                <w:szCs w:val="22"/>
              </w:rPr>
              <w:t>____________</w:t>
            </w:r>
          </w:p>
        </w:tc>
      </w:tr>
    </w:tbl>
    <w:p>
      <w:pPr>
        <w:bidi/>
        <w:jc w:val="right"/>
      </w:pPr>
    </w:p>
    <w:p>
      <w:pPr>
        <w:bidi/>
        <w:jc w:val="right"/>
      </w:pPr>
      <w:r>
        <w:rPr>
          <w:rFonts w:ascii="Arial" w:hAnsi="Arial" w:cs="Arial"/>
          <w:sz w:val="24"/>
          <w:rtl/>
          <w:szCs w:val="24"/>
        </w:rPr>
        <w:t>🔣 מפתח: א=1 ב=2 ג=3 ד=4 ה=5 ו=6 ז=7 ח=8 ט=9 י=10 כ=11 ל=12 מ=13 נ=14 ס=15 ע=16 פ=17 צ=18 ק=19 ר=20 ש=21 ת=22</w:t>
      </w:r>
    </w:p>
    <w:p>
      <w:pPr>
        <w:bidi/>
        <w:jc w:val="right"/>
      </w:pPr>
      <w:r>
        <w:rPr>
          <w:rFonts w:ascii="Arial" w:hAnsi="Arial" w:cs="Arial"/>
          <w:sz w:val="24"/>
          <w:rtl/>
          <w:szCs w:val="24"/>
        </w:rPr>
        <w:t>המסר הסודי לפי המורה: ____________________</w:t>
      </w:r>
    </w:p>
    <w:p>
      <w:r>
        <w:br w:type="page"/>
      </w:r>
    </w:p>
    <w:p>
      <w:pPr>
        <w:bidi/>
        <w:pStyle w:val="Heading1"/>
        <w:jc w:val="right"/>
      </w:pPr>
      <w:r>
        <w:rPr>
          <w:rFonts w:ascii="Arial" w:hAnsi="Arial" w:cs="Arial"/>
          <w:b/>
          <w:color w:val="4B2BA8"/>
          <w:sz w:val="40"/>
          <w:rtl/>
          <w:szCs w:val="40"/>
          <w:bCs/>
        </w:rPr>
        <w:t>חלק ב׳ – 🗺️ דרכון התחנות: 🗺️ מסע החיבור</w:t>
      </w:r>
    </w:p>
    <w:p>
      <w:pPr>
        <w:bidi/>
        <w:jc w:val="right"/>
      </w:pPr>
      <w:r>
        <w:rPr>
          <w:rFonts w:ascii="Arial" w:hAnsi="Arial" w:cs="Arial"/>
          <w:color w:val="555577"/>
          <w:sz w:val="24"/>
          <w:rtl/>
          <w:szCs w:val="24"/>
        </w:rPr>
        <w:t>עברו חמש תחנות בעולם המחובר. בכל תחנה תקבלו אות. בכל תחנה – פתרו את המשימה וכתבו את אות הקסם שתקבלו מהמורה.</w:t>
      </w:r>
    </w:p>
    <w:p>
      <w:pPr>
        <w:bidi/>
        <w:jc w:val="right"/>
      </w:pPr>
      <w:r>
        <w:rPr>
          <w:rFonts w:ascii="Arial" w:hAnsi="Arial" w:cs="Arial"/>
          <w:b/>
          <w:sz w:val="24"/>
          <w:rtl/>
          <w:szCs w:val="24"/>
          <w:bCs/>
        </w:rPr>
        <w:t>1. ⛏️ המכרה – בטלפון יש מתכות. מאיפה הן באות?</w:t>
      </w:r>
    </w:p>
    <w:p>
      <w:pPr>
        <w:bidi/>
        <w:jc w:val="right"/>
      </w:pPr>
      <w:r>
        <w:rPr>
          <w:rFonts w:ascii="Arial" w:hAnsi="Arial" w:cs="Arial"/>
          <w:sz w:val="24"/>
          <w:rtl/>
          <w:szCs w:val="24"/>
        </w:rPr>
        <w:t xml:space="preserve">   ◯ א. מהים</w:t>
      </w:r>
    </w:p>
    <w:p>
      <w:pPr>
        <w:bidi/>
        <w:jc w:val="right"/>
      </w:pPr>
      <w:r>
        <w:rPr>
          <w:rFonts w:ascii="Arial" w:hAnsi="Arial" w:cs="Arial"/>
          <w:sz w:val="24"/>
          <w:rtl/>
          <w:szCs w:val="24"/>
        </w:rPr>
        <w:t xml:space="preserve">   ◯ ב. מהאדמה</w:t>
      </w:r>
    </w:p>
    <w:p>
      <w:pPr>
        <w:bidi/>
        <w:jc w:val="right"/>
      </w:pPr>
      <w:r>
        <w:rPr>
          <w:rFonts w:ascii="Arial" w:hAnsi="Arial" w:cs="Arial"/>
          <w:sz w:val="24"/>
          <w:rtl/>
          <w:szCs w:val="24"/>
        </w:rPr>
        <w:t xml:space="preserve">   ◯ ג. מהשמיים</w:t>
      </w:r>
    </w:p>
    <w:p>
      <w:pPr>
        <w:bidi/>
        <w:jc w:val="right"/>
      </w:pPr>
      <w:r>
        <w:rPr>
          <w:rFonts w:ascii="Arial" w:hAnsi="Arial" w:cs="Arial"/>
          <w:sz w:val="24"/>
          <w:rtl/>
          <w:szCs w:val="24"/>
        </w:rPr>
        <w:t xml:space="preserve">   ◯ ד. מהמפעל</w:t>
      </w:r>
    </w:p>
    <w:p>
      <w:pPr>
        <w:bidi/>
        <w:jc w:val="right"/>
      </w:pPr>
      <w:r>
        <w:rPr>
          <w:rFonts w:ascii="Arial" w:hAnsi="Arial" w:cs="Arial"/>
          <w:sz w:val="24"/>
          <w:rtl/>
          <w:szCs w:val="24"/>
        </w:rPr>
        <w:t>2. 🏭 המפעל – התאימו מילה להסבר.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היגד</w:t>
            </w:r>
          </w:p>
        </w:tc>
        <w:tc>
          <w:tcPr>
            <w:tcW w:type="dxa" w:w="2606"/>
            <w:shd w:val="clear" w:fill="E5DBFF"/>
          </w:tcPr>
          <w:p>
            <w:pPr>
              <w:bidi/>
              <w:jc w:val="right"/>
            </w:pPr>
            <w:r>
              <w:rPr>
                <w:rFonts w:ascii="Arial" w:hAnsi="Arial" w:cs="Arial"/>
                <w:b/>
                <w:sz w:val="22"/>
                <w:rtl/>
                <w:szCs w:val="22"/>
                <w:bCs/>
              </w:rPr>
              <w:t>אות</w:t>
            </w:r>
          </w:p>
        </w:tc>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הקשר</w:t>
            </w:r>
          </w:p>
        </w:tc>
      </w:tr>
      <w:tr>
        <w:tc>
          <w:tcPr>
            <w:tcW w:type="dxa" w:w="2606"/>
          </w:tcPr>
          <w:p>
            <w:pPr>
              <w:bidi/>
              <w:jc w:val="right"/>
            </w:pPr>
            <w:r>
              <w:rPr>
                <w:rFonts w:ascii="Arial" w:hAnsi="Arial" w:cs="Arial"/>
                <w:sz w:val="22"/>
                <w:rtl/>
                <w:szCs w:val="22"/>
              </w:rPr>
              <w:t>תאגיד</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w:t>
            </w:r>
          </w:p>
        </w:tc>
        <w:tc>
          <w:tcPr>
            <w:tcW w:type="dxa" w:w="2606"/>
          </w:tcPr>
          <w:p>
            <w:pPr>
              <w:bidi/>
              <w:jc w:val="right"/>
            </w:pPr>
            <w:r>
              <w:rPr>
                <w:rFonts w:ascii="Arial" w:hAnsi="Arial" w:cs="Arial"/>
                <w:sz w:val="22"/>
                <w:rtl/>
                <w:szCs w:val="22"/>
              </w:rPr>
              <w:t>עבודה שעוברת למדינה אחרת</w:t>
            </w:r>
          </w:p>
        </w:tc>
      </w:tr>
      <w:tr>
        <w:tc>
          <w:tcPr>
            <w:tcW w:type="dxa" w:w="2606"/>
          </w:tcPr>
          <w:p>
            <w:pPr>
              <w:bidi/>
              <w:jc w:val="right"/>
            </w:pPr>
            <w:r>
              <w:rPr>
                <w:rFonts w:ascii="Arial" w:hAnsi="Arial" w:cs="Arial"/>
                <w:sz w:val="22"/>
                <w:rtl/>
                <w:szCs w:val="22"/>
              </w:rPr>
              <w:t>מיקור חוץ</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w:t>
            </w:r>
          </w:p>
        </w:tc>
        <w:tc>
          <w:tcPr>
            <w:tcW w:type="dxa" w:w="2606"/>
          </w:tcPr>
          <w:p>
            <w:pPr>
              <w:bidi/>
              <w:jc w:val="right"/>
            </w:pPr>
            <w:r>
              <w:rPr>
                <w:rFonts w:ascii="Arial" w:hAnsi="Arial" w:cs="Arial"/>
                <w:sz w:val="22"/>
                <w:rtl/>
                <w:szCs w:val="22"/>
              </w:rPr>
              <w:t>כסף שמקבלים על עבודה</w:t>
            </w:r>
          </w:p>
        </w:tc>
      </w:tr>
      <w:tr>
        <w:tc>
          <w:tcPr>
            <w:tcW w:type="dxa" w:w="2606"/>
          </w:tcPr>
          <w:p>
            <w:pPr>
              <w:bidi/>
              <w:jc w:val="right"/>
            </w:pPr>
            <w:r>
              <w:rPr>
                <w:rFonts w:ascii="Arial" w:hAnsi="Arial" w:cs="Arial"/>
                <w:sz w:val="22"/>
                <w:rtl/>
                <w:szCs w:val="22"/>
              </w:rPr>
              <w:t>שכר</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w:t>
            </w:r>
          </w:p>
        </w:tc>
        <w:tc>
          <w:tcPr>
            <w:tcW w:type="dxa" w:w="2606"/>
          </w:tcPr>
          <w:p>
            <w:pPr>
              <w:bidi/>
              <w:jc w:val="right"/>
            </w:pPr>
            <w:r>
              <w:rPr>
                <w:rFonts w:ascii="Arial" w:hAnsi="Arial" w:cs="Arial"/>
                <w:sz w:val="22"/>
                <w:rtl/>
                <w:szCs w:val="22"/>
              </w:rPr>
              <w:t>חברה גדולה בהרבה מדינות</w:t>
            </w:r>
          </w:p>
        </w:tc>
      </w:tr>
    </w:tbl>
    <w:p>
      <w:pPr>
        <w:bidi/>
        <w:jc w:val="right"/>
      </w:pPr>
    </w:p>
    <w:p>
      <w:pPr>
        <w:bidi/>
        <w:jc w:val="right"/>
      </w:pPr>
      <w:r>
        <w:rPr>
          <w:rFonts w:ascii="Arial" w:hAnsi="Arial" w:cs="Arial"/>
          <w:sz w:val="24"/>
          <w:rtl/>
          <w:szCs w:val="24"/>
        </w:rPr>
        <w:t>3. 🌊 הים – התאימו מקום להסבר.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היגד</w:t>
            </w:r>
          </w:p>
        </w:tc>
        <w:tc>
          <w:tcPr>
            <w:tcW w:type="dxa" w:w="2606"/>
            <w:shd w:val="clear" w:fill="E5DBFF"/>
          </w:tcPr>
          <w:p>
            <w:pPr>
              <w:bidi/>
              <w:jc w:val="right"/>
            </w:pPr>
            <w:r>
              <w:rPr>
                <w:rFonts w:ascii="Arial" w:hAnsi="Arial" w:cs="Arial"/>
                <w:b/>
                <w:sz w:val="22"/>
                <w:rtl/>
                <w:szCs w:val="22"/>
                <w:bCs/>
              </w:rPr>
              <w:t>אות</w:t>
            </w:r>
          </w:p>
        </w:tc>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הקשר</w:t>
            </w:r>
          </w:p>
        </w:tc>
      </w:tr>
      <w:tr>
        <w:tc>
          <w:tcPr>
            <w:tcW w:type="dxa" w:w="2606"/>
          </w:tcPr>
          <w:p>
            <w:pPr>
              <w:bidi/>
              <w:jc w:val="right"/>
            </w:pPr>
            <w:r>
              <w:rPr>
                <w:rFonts w:ascii="Arial" w:hAnsi="Arial" w:cs="Arial"/>
                <w:sz w:val="22"/>
                <w:rtl/>
                <w:szCs w:val="22"/>
              </w:rPr>
              <w:t>תעלת פנמה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w:t>
            </w:r>
          </w:p>
        </w:tc>
        <w:tc>
          <w:tcPr>
            <w:tcW w:type="dxa" w:w="2606"/>
          </w:tcPr>
          <w:p>
            <w:pPr>
              <w:bidi/>
              <w:jc w:val="right"/>
            </w:pPr>
            <w:r>
              <w:rPr>
                <w:rFonts w:ascii="Arial" w:hAnsi="Arial" w:cs="Arial"/>
                <w:sz w:val="22"/>
                <w:rtl/>
                <w:szCs w:val="22"/>
              </w:rPr>
              <w:t>מעבר ים צר באסיה</w:t>
            </w:r>
          </w:p>
        </w:tc>
      </w:tr>
      <w:tr>
        <w:tc>
          <w:tcPr>
            <w:tcW w:type="dxa" w:w="2606"/>
          </w:tcPr>
          <w:p>
            <w:pPr>
              <w:bidi/>
              <w:jc w:val="right"/>
            </w:pPr>
            <w:r>
              <w:rPr>
                <w:rFonts w:ascii="Arial" w:hAnsi="Arial" w:cs="Arial"/>
                <w:sz w:val="22"/>
                <w:rtl/>
                <w:szCs w:val="22"/>
              </w:rPr>
              <w:t>מצר מלאכה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w:t>
            </w:r>
          </w:p>
        </w:tc>
        <w:tc>
          <w:tcPr>
            <w:tcW w:type="dxa" w:w="2606"/>
          </w:tcPr>
          <w:p>
            <w:pPr>
              <w:bidi/>
              <w:jc w:val="right"/>
            </w:pPr>
            <w:r>
              <w:rPr>
                <w:rFonts w:ascii="Arial" w:hAnsi="Arial" w:cs="Arial"/>
                <w:sz w:val="22"/>
                <w:rtl/>
                <w:szCs w:val="22"/>
              </w:rPr>
              <w:t>מחברת את הים התיכון וים סוף</w:t>
            </w:r>
          </w:p>
        </w:tc>
      </w:tr>
      <w:tr>
        <w:tc>
          <w:tcPr>
            <w:tcW w:type="dxa" w:w="2606"/>
          </w:tcPr>
          <w:p>
            <w:pPr>
              <w:bidi/>
              <w:jc w:val="right"/>
            </w:pPr>
            <w:r>
              <w:rPr>
                <w:rFonts w:ascii="Arial" w:hAnsi="Arial" w:cs="Arial"/>
                <w:sz w:val="22"/>
                <w:rtl/>
                <w:szCs w:val="22"/>
              </w:rPr>
              <w:t>תעלת סואץ</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w:t>
            </w:r>
          </w:p>
        </w:tc>
        <w:tc>
          <w:tcPr>
            <w:tcW w:type="dxa" w:w="2606"/>
          </w:tcPr>
          <w:p>
            <w:pPr>
              <w:bidi/>
              <w:jc w:val="right"/>
            </w:pPr>
            <w:r>
              <w:rPr>
                <w:rFonts w:ascii="Arial" w:hAnsi="Arial" w:cs="Arial"/>
                <w:sz w:val="22"/>
                <w:rtl/>
                <w:szCs w:val="22"/>
              </w:rPr>
              <w:t>מחברת שני אוקיינוסים באמריקה</w:t>
            </w:r>
          </w:p>
        </w:tc>
      </w:tr>
    </w:tbl>
    <w:p>
      <w:pPr>
        <w:bidi/>
        <w:jc w:val="right"/>
      </w:pPr>
    </w:p>
    <w:p>
      <w:pPr>
        <w:bidi/>
        <w:jc w:val="right"/>
      </w:pPr>
      <w:r>
        <w:rPr>
          <w:rFonts w:ascii="Arial" w:hAnsi="Arial" w:cs="Arial"/>
          <w:b/>
          <w:sz w:val="24"/>
          <w:rtl/>
          <w:szCs w:val="24"/>
          <w:bCs/>
        </w:rPr>
        <w:t>4. 🔌 הכבל – איך הודעה עוברת מיבשת ליבשת?</w:t>
      </w:r>
    </w:p>
    <w:p>
      <w:pPr>
        <w:bidi/>
        <w:jc w:val="right"/>
      </w:pPr>
      <w:r>
        <w:rPr>
          <w:rFonts w:ascii="Arial" w:hAnsi="Arial" w:cs="Arial"/>
          <w:sz w:val="24"/>
          <w:rtl/>
          <w:szCs w:val="24"/>
        </w:rPr>
        <w:t xml:space="preserve">   ◯ א. ברכבת</w:t>
      </w:r>
    </w:p>
    <w:p>
      <w:pPr>
        <w:bidi/>
        <w:jc w:val="right"/>
      </w:pPr>
      <w:r>
        <w:rPr>
          <w:rFonts w:ascii="Arial" w:hAnsi="Arial" w:cs="Arial"/>
          <w:sz w:val="24"/>
          <w:rtl/>
          <w:szCs w:val="24"/>
        </w:rPr>
        <w:t xml:space="preserve">   ◯ ב. במכתב</w:t>
      </w:r>
    </w:p>
    <w:p>
      <w:pPr>
        <w:bidi/>
        <w:jc w:val="right"/>
      </w:pPr>
      <w:r>
        <w:rPr>
          <w:rFonts w:ascii="Arial" w:hAnsi="Arial" w:cs="Arial"/>
          <w:sz w:val="24"/>
          <w:rtl/>
          <w:szCs w:val="24"/>
        </w:rPr>
        <w:t xml:space="preserve">   ◯ ג. בכבל מתחת לים</w:t>
      </w:r>
    </w:p>
    <w:p>
      <w:pPr>
        <w:bidi/>
        <w:jc w:val="right"/>
      </w:pPr>
      <w:r>
        <w:rPr>
          <w:rFonts w:ascii="Arial" w:hAnsi="Arial" w:cs="Arial"/>
          <w:sz w:val="24"/>
          <w:rtl/>
          <w:szCs w:val="24"/>
        </w:rPr>
        <w:t xml:space="preserve">   ◯ ד. באונייה</w:t>
      </w:r>
    </w:p>
    <w:p>
      <w:pPr>
        <w:bidi/>
        <w:jc w:val="right"/>
      </w:pPr>
      <w:r>
        <w:rPr>
          <w:rFonts w:ascii="Arial" w:hAnsi="Arial" w:cs="Arial"/>
          <w:b/>
          <w:sz w:val="24"/>
          <w:rtl/>
          <w:szCs w:val="24"/>
          <w:bCs/>
        </w:rPr>
        <w:t>5. 🏠 הבית – מה זה "כפר עולמי"?</w:t>
      </w:r>
    </w:p>
    <w:p>
      <w:pPr>
        <w:bidi/>
        <w:jc w:val="right"/>
      </w:pPr>
      <w:r>
        <w:rPr>
          <w:rFonts w:ascii="Arial" w:hAnsi="Arial" w:cs="Arial"/>
          <w:sz w:val="24"/>
          <w:rtl/>
          <w:szCs w:val="24"/>
        </w:rPr>
        <w:t xml:space="preserve">   ◯ א. כפר קטן ליד העיר</w:t>
      </w:r>
    </w:p>
    <w:p>
      <w:pPr>
        <w:bidi/>
        <w:jc w:val="right"/>
      </w:pPr>
      <w:r>
        <w:rPr>
          <w:rFonts w:ascii="Arial" w:hAnsi="Arial" w:cs="Arial"/>
          <w:sz w:val="24"/>
          <w:rtl/>
          <w:szCs w:val="24"/>
        </w:rPr>
        <w:t xml:space="preserve">   ◯ ב. כפר בלי אינטרנט</w:t>
      </w:r>
    </w:p>
    <w:p>
      <w:pPr>
        <w:bidi/>
        <w:jc w:val="right"/>
      </w:pPr>
      <w:r>
        <w:rPr>
          <w:rFonts w:ascii="Arial" w:hAnsi="Arial" w:cs="Arial"/>
          <w:sz w:val="24"/>
          <w:rtl/>
          <w:szCs w:val="24"/>
        </w:rPr>
        <w:t xml:space="preserve">   ◯ ג. מדינה אחת גדולה</w:t>
      </w:r>
    </w:p>
    <w:p>
      <w:pPr>
        <w:bidi/>
        <w:jc w:val="right"/>
      </w:pPr>
      <w:r>
        <w:rPr>
          <w:rFonts w:ascii="Arial" w:hAnsi="Arial" w:cs="Arial"/>
          <w:sz w:val="24"/>
          <w:rtl/>
          <w:szCs w:val="24"/>
        </w:rPr>
        <w:t xml:space="preserve">   ◯ ד. עולם מחובר וקרוב</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1738"/>
        <w:gridCol w:w="1738"/>
        <w:gridCol w:w="1738"/>
        <w:gridCol w:w="1738"/>
        <w:gridCol w:w="1738"/>
        <w:gridCol w:w="1738"/>
      </w:tblGrid>
      <w:tr>
        <w:tc>
          <w:tcPr>
            <w:tcW w:type="dxa" w:w="1738"/>
            <w:shd w:val="clear" w:fill="E5DBFF"/>
          </w:tcPr>
          <w:p>
            <w:pPr>
              <w:bidi/>
              <w:jc w:val="right"/>
            </w:pPr>
            <w:r>
              <w:rPr>
                <w:rFonts w:ascii="Arial" w:hAnsi="Arial" w:cs="Arial"/>
                <w:b/>
                <w:sz w:val="22"/>
                <w:rtl/>
                <w:szCs w:val="22"/>
                <w:bCs/>
              </w:rPr>
              <w:t>תחנה</w:t>
            </w:r>
          </w:p>
        </w:tc>
        <w:tc>
          <w:tcPr>
            <w:tcW w:type="dxa" w:w="1738"/>
            <w:shd w:val="clear" w:fill="E5DBFF"/>
          </w:tcPr>
          <w:p>
            <w:pPr>
              <w:bidi/>
              <w:jc w:val="right"/>
            </w:pPr>
            <w:r>
              <w:rPr>
                <w:rFonts w:ascii="Arial" w:hAnsi="Arial" w:cs="Arial"/>
                <w:b/>
                <w:sz w:val="22"/>
                <w:rtl/>
                <w:szCs w:val="22"/>
                <w:bCs/>
              </w:rPr>
              <w:t>1</w:t>
            </w:r>
          </w:p>
        </w:tc>
        <w:tc>
          <w:tcPr>
            <w:tcW w:type="dxa" w:w="1738"/>
            <w:shd w:val="clear" w:fill="E5DBFF"/>
          </w:tcPr>
          <w:p>
            <w:pPr>
              <w:bidi/>
              <w:jc w:val="right"/>
            </w:pPr>
            <w:r>
              <w:rPr>
                <w:rFonts w:ascii="Arial" w:hAnsi="Arial" w:cs="Arial"/>
                <w:b/>
                <w:sz w:val="22"/>
                <w:rtl/>
                <w:szCs w:val="22"/>
                <w:bCs/>
              </w:rPr>
              <w:t>2</w:t>
            </w:r>
          </w:p>
        </w:tc>
        <w:tc>
          <w:tcPr>
            <w:tcW w:type="dxa" w:w="1738"/>
            <w:shd w:val="clear" w:fill="E5DBFF"/>
          </w:tcPr>
          <w:p>
            <w:pPr>
              <w:bidi/>
              <w:jc w:val="right"/>
            </w:pPr>
            <w:r>
              <w:rPr>
                <w:rFonts w:ascii="Arial" w:hAnsi="Arial" w:cs="Arial"/>
                <w:b/>
                <w:sz w:val="22"/>
                <w:rtl/>
                <w:szCs w:val="22"/>
                <w:bCs/>
              </w:rPr>
              <w:t>3</w:t>
            </w:r>
          </w:p>
        </w:tc>
        <w:tc>
          <w:tcPr>
            <w:tcW w:type="dxa" w:w="1738"/>
            <w:shd w:val="clear" w:fill="E5DBFF"/>
          </w:tcPr>
          <w:p>
            <w:pPr>
              <w:bidi/>
              <w:jc w:val="right"/>
            </w:pPr>
            <w:r>
              <w:rPr>
                <w:rFonts w:ascii="Arial" w:hAnsi="Arial" w:cs="Arial"/>
                <w:b/>
                <w:sz w:val="22"/>
                <w:rtl/>
                <w:szCs w:val="22"/>
                <w:bCs/>
              </w:rPr>
              <w:t>4</w:t>
            </w:r>
          </w:p>
        </w:tc>
        <w:tc>
          <w:tcPr>
            <w:tcW w:type="dxa" w:w="1738"/>
            <w:shd w:val="clear" w:fill="E5DBFF"/>
          </w:tcPr>
          <w:p>
            <w:pPr>
              <w:bidi/>
              <w:jc w:val="right"/>
            </w:pPr>
            <w:r>
              <w:rPr>
                <w:rFonts w:ascii="Arial" w:hAnsi="Arial" w:cs="Arial"/>
                <w:b/>
                <w:sz w:val="22"/>
                <w:rtl/>
                <w:szCs w:val="22"/>
                <w:bCs/>
              </w:rPr>
              <w:t>5</w:t>
            </w:r>
          </w:p>
        </w:tc>
      </w:tr>
      <w:tr>
        <w:tc>
          <w:tcPr>
            <w:tcW w:type="dxa" w:w="1738"/>
          </w:tcPr>
          <w:p>
            <w:pPr>
              <w:bidi/>
              <w:jc w:val="right"/>
            </w:pPr>
            <w:r>
              <w:rPr>
                <w:rFonts w:ascii="Arial" w:hAnsi="Arial" w:cs="Arial"/>
                <w:sz w:val="22"/>
                <w:rtl/>
                <w:szCs w:val="22"/>
              </w:rPr>
              <w:t>אות קסם</w:t>
            </w:r>
          </w:p>
        </w:tc>
        <w:tc>
          <w:tcPr>
            <w:tcW w:type="dxa" w:w="1738"/>
          </w:tcPr>
          <w:p>
            <w:pPr>
              <w:bidi/>
              <w:jc w:val="right"/>
            </w:pPr>
            <w:r>
              <w:rPr>
                <w:rFonts w:ascii="Arial" w:hAnsi="Arial" w:cs="Arial"/>
                <w:sz w:val="22"/>
                <w:rtl/>
                <w:szCs w:val="22"/>
              </w:rPr>
              <w:t>☐</w:t>
            </w:r>
          </w:p>
        </w:tc>
        <w:tc>
          <w:tcPr>
            <w:tcW w:type="dxa" w:w="1738"/>
          </w:tcPr>
          <w:p>
            <w:pPr>
              <w:bidi/>
              <w:jc w:val="right"/>
            </w:pPr>
            <w:r>
              <w:rPr>
                <w:rFonts w:ascii="Arial" w:hAnsi="Arial" w:cs="Arial"/>
                <w:sz w:val="22"/>
                <w:rtl/>
                <w:szCs w:val="22"/>
              </w:rPr>
              <w:t>☐</w:t>
            </w:r>
          </w:p>
        </w:tc>
        <w:tc>
          <w:tcPr>
            <w:tcW w:type="dxa" w:w="1738"/>
          </w:tcPr>
          <w:p>
            <w:pPr>
              <w:bidi/>
              <w:jc w:val="right"/>
            </w:pPr>
            <w:r>
              <w:rPr>
                <w:rFonts w:ascii="Arial" w:hAnsi="Arial" w:cs="Arial"/>
                <w:sz w:val="22"/>
                <w:rtl/>
                <w:szCs w:val="22"/>
              </w:rPr>
              <w:t>☐</w:t>
            </w:r>
          </w:p>
        </w:tc>
        <w:tc>
          <w:tcPr>
            <w:tcW w:type="dxa" w:w="1738"/>
          </w:tcPr>
          <w:p>
            <w:pPr>
              <w:bidi/>
              <w:jc w:val="right"/>
            </w:pPr>
            <w:r>
              <w:rPr>
                <w:rFonts w:ascii="Arial" w:hAnsi="Arial" w:cs="Arial"/>
                <w:sz w:val="22"/>
                <w:rtl/>
                <w:szCs w:val="22"/>
              </w:rPr>
              <w:t>☐</w:t>
            </w:r>
          </w:p>
        </w:tc>
        <w:tc>
          <w:tcPr>
            <w:tcW w:type="dxa" w:w="1738"/>
          </w:tcPr>
          <w:p>
            <w:pPr>
              <w:bidi/>
              <w:jc w:val="right"/>
            </w:pPr>
            <w:r>
              <w:rPr>
                <w:rFonts w:ascii="Arial" w:hAnsi="Arial" w:cs="Arial"/>
                <w:sz w:val="22"/>
                <w:rtl/>
                <w:szCs w:val="22"/>
              </w:rPr>
              <w:t>☐</w:t>
            </w:r>
          </w:p>
        </w:tc>
      </w:tr>
    </w:tbl>
    <w:p>
      <w:pPr>
        <w:bidi/>
        <w:jc w:val="right"/>
      </w:pPr>
    </w:p>
    <w:p>
      <w:pPr>
        <w:bidi/>
        <w:jc w:val="right"/>
      </w:pPr>
      <w:r>
        <w:rPr>
          <w:rFonts w:ascii="Arial" w:hAnsi="Arial" w:cs="Arial"/>
          <w:sz w:val="24"/>
          <w:rtl/>
          <w:szCs w:val="24"/>
        </w:rPr>
        <w:t>🚪 קוד היציאה: ______________</w:t>
      </w:r>
    </w:p>
    <w:p>
      <w:pPr>
        <w:bidi/>
        <w:pStyle w:val="Heading2"/>
        <w:jc w:val="right"/>
      </w:pPr>
      <w:r>
        <w:rPr>
          <w:rFonts w:ascii="Arial" w:hAnsi="Arial" w:cs="Arial"/>
          <w:b/>
          <w:color w:val="6A3FD4"/>
          <w:sz w:val="32"/>
          <w:rtl/>
          <w:szCs w:val="32"/>
          <w:bCs/>
        </w:rPr>
        <w:t>⏳🗂️ 🧩 מסדרים וממיינים</w:t>
      </w:r>
    </w:p>
    <w:p>
      <w:pPr>
        <w:bidi/>
        <w:jc w:val="right"/>
      </w:pPr>
      <w:r>
        <w:rPr>
          <w:rFonts w:ascii="Arial" w:hAnsi="Arial" w:cs="Arial"/>
          <w:color w:val="555577"/>
          <w:sz w:val="24"/>
          <w:rtl/>
          <w:szCs w:val="24"/>
        </w:rPr>
        <w:t>סדרו את הדרך של התכשיט. אחר כך מיינו סיבה ותוצאה.</w:t>
      </w:r>
    </w:p>
    <w:p>
      <w:pPr>
        <w:bidi/>
        <w:jc w:val="right"/>
      </w:pPr>
      <w:r>
        <w:rPr>
          <w:rFonts w:ascii="Arial" w:hAnsi="Arial" w:cs="Arial"/>
          <w:sz w:val="24"/>
          <w:rtl/>
          <w:szCs w:val="24"/>
        </w:rPr>
        <w:t>סדרו: איך התכשיט של מרים מגיע לקונה? – מספרו לפי הסדר (1 = ראשון):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E5DBFF"/>
          </w:tcPr>
          <w:p>
            <w:pPr>
              <w:bidi/>
              <w:jc w:val="right"/>
            </w:pPr>
            <w:r>
              <w:rPr>
                <w:rFonts w:ascii="Arial" w:hAnsi="Arial" w:cs="Arial"/>
                <w:b/>
                <w:sz w:val="22"/>
                <w:rtl/>
                <w:szCs w:val="22"/>
                <w:bCs/>
              </w:rPr>
              <w:t>מספר</w:t>
            </w:r>
          </w:p>
        </w:tc>
        <w:tc>
          <w:tcPr>
            <w:tcW w:type="dxa" w:w="5213"/>
            <w:shd w:val="clear" w:fill="E5DBFF"/>
          </w:tcPr>
          <w:p>
            <w:pPr>
              <w:bidi/>
              <w:jc w:val="right"/>
            </w:pPr>
            <w:r>
              <w:rPr>
                <w:rFonts w:ascii="Arial" w:hAnsi="Arial" w:cs="Arial"/>
                <w:b/>
                <w:sz w:val="22"/>
                <w:rtl/>
                <w:szCs w:val="22"/>
                <w:bCs/>
              </w:rPr>
              <w:t>האירוע / השלב</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מרים עושה תכשיט</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קונה בחו״ל מזמין</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הדואר שולח את החבילה</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הקונה מקבל את התכשיט</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מרים מצלמת ומעלה לאינטרנט</w:t>
            </w:r>
          </w:p>
        </w:tc>
      </w:tr>
    </w:tbl>
    <w:p>
      <w:pPr>
        <w:bidi/>
        <w:jc w:val="right"/>
      </w:pPr>
    </w:p>
    <w:p>
      <w:pPr>
        <w:bidi/>
        <w:jc w:val="right"/>
      </w:pPr>
      <w:r>
        <w:rPr>
          <w:rFonts w:ascii="Arial" w:hAnsi="Arial" w:cs="Arial"/>
          <w:sz w:val="24"/>
          <w:rtl/>
          <w:szCs w:val="24"/>
        </w:rPr>
        <w:t>מיינו: סיבה או תוצאה? – סמנו ✓ בעמודה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כרטיס</w:t>
            </w:r>
          </w:p>
        </w:tc>
        <w:tc>
          <w:tcPr>
            <w:tcW w:type="dxa" w:w="3475"/>
            <w:shd w:val="clear" w:fill="E5DBFF"/>
          </w:tcPr>
          <w:p>
            <w:pPr>
              <w:bidi/>
              <w:jc w:val="right"/>
            </w:pPr>
            <w:r>
              <w:rPr>
                <w:rFonts w:ascii="Arial" w:hAnsi="Arial" w:cs="Arial"/>
                <w:b/>
                <w:sz w:val="22"/>
                <w:rtl/>
                <w:szCs w:val="22"/>
                <w:bCs/>
              </w:rPr>
              <w:t>סיבה</w:t>
            </w:r>
          </w:p>
        </w:tc>
        <w:tc>
          <w:tcPr>
            <w:tcW w:type="dxa" w:w="3475"/>
            <w:shd w:val="clear" w:fill="E5DBFF"/>
          </w:tcPr>
          <w:p>
            <w:pPr>
              <w:bidi/>
              <w:jc w:val="right"/>
            </w:pPr>
            <w:r>
              <w:rPr>
                <w:rFonts w:ascii="Arial" w:hAnsi="Arial" w:cs="Arial"/>
                <w:b/>
                <w:sz w:val="22"/>
                <w:rtl/>
                <w:szCs w:val="22"/>
                <w:bCs/>
              </w:rPr>
              <w:t>תוצאה</w:t>
            </w:r>
          </w:p>
        </w:tc>
      </w:tr>
      <w:tr>
        <w:tc>
          <w:tcPr>
            <w:tcW w:type="dxa" w:w="3475"/>
          </w:tcPr>
          <w:p>
            <w:pPr>
              <w:bidi/>
              <w:jc w:val="right"/>
            </w:pPr>
            <w:r>
              <w:rPr>
                <w:rFonts w:ascii="Arial" w:hAnsi="Arial" w:cs="Arial"/>
                <w:sz w:val="22"/>
                <w:rtl/>
                <w:szCs w:val="22"/>
              </w:rPr>
              <w:t>משלוח באונייה זול</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קל לבקר אנשים רחוקים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אפשר ללמוד מכל מקום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מוצרים מרחוק נמכרים בחנות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יש אינטרנט כמעט בכל מקום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יש הרבה טיסות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רצועות מיון לגזירה</w:t>
      </w:r>
    </w:p>
    <w:p>
      <w:pPr>
        <w:bidi/>
        <w:jc w:val="right"/>
      </w:pPr>
      <w:r>
        <w:rPr>
          <w:rFonts w:ascii="Arial" w:hAnsi="Arial" w:cs="Arial"/>
          <w:sz w:val="24"/>
          <w:rtl/>
          <w:szCs w:val="24"/>
        </w:rPr>
        <w:t>• מרים עושה תכשיט</w:t>
      </w:r>
    </w:p>
    <w:p>
      <w:pPr>
        <w:bidi/>
        <w:jc w:val="right"/>
      </w:pPr>
      <w:r>
        <w:rPr>
          <w:rFonts w:ascii="Arial" w:hAnsi="Arial" w:cs="Arial"/>
          <w:sz w:val="24"/>
          <w:rtl/>
          <w:szCs w:val="24"/>
        </w:rPr>
        <w:t>• מרים מצלמת ומעלה לאינטרנט</w:t>
      </w:r>
    </w:p>
    <w:p>
      <w:pPr>
        <w:bidi/>
        <w:jc w:val="right"/>
      </w:pPr>
      <w:r>
        <w:rPr>
          <w:rFonts w:ascii="Arial" w:hAnsi="Arial" w:cs="Arial"/>
          <w:sz w:val="24"/>
          <w:rtl/>
          <w:szCs w:val="24"/>
        </w:rPr>
        <w:t>• קונה בחו״ל מזמין</w:t>
      </w:r>
    </w:p>
    <w:p>
      <w:pPr>
        <w:bidi/>
        <w:jc w:val="right"/>
      </w:pPr>
      <w:r>
        <w:rPr>
          <w:rFonts w:ascii="Arial" w:hAnsi="Arial" w:cs="Arial"/>
          <w:sz w:val="24"/>
          <w:rtl/>
          <w:szCs w:val="24"/>
        </w:rPr>
        <w:t>• הדואר שולח את החבילה</w:t>
      </w:r>
    </w:p>
    <w:p>
      <w:pPr>
        <w:bidi/>
        <w:jc w:val="right"/>
      </w:pPr>
      <w:r>
        <w:rPr>
          <w:rFonts w:ascii="Arial" w:hAnsi="Arial" w:cs="Arial"/>
          <w:sz w:val="24"/>
          <w:rtl/>
          <w:szCs w:val="24"/>
        </w:rPr>
        <w:t>• הקונה מקבל את התכשיט</w:t>
      </w:r>
    </w:p>
    <w:p>
      <w:pPr>
        <w:bidi/>
        <w:jc w:val="right"/>
      </w:pPr>
      <w:r>
        <w:rPr>
          <w:rFonts w:ascii="Arial" w:hAnsi="Arial" w:cs="Arial"/>
          <w:sz w:val="24"/>
          <w:rtl/>
          <w:szCs w:val="24"/>
        </w:rPr>
        <w:t>• יש אינטרנט כמעט בכל מקום</w:t>
      </w:r>
    </w:p>
    <w:p>
      <w:pPr>
        <w:bidi/>
        <w:jc w:val="right"/>
      </w:pPr>
      <w:r>
        <w:rPr>
          <w:rFonts w:ascii="Arial" w:hAnsi="Arial" w:cs="Arial"/>
          <w:sz w:val="24"/>
          <w:rtl/>
          <w:szCs w:val="24"/>
        </w:rPr>
        <w:t>• אפשר ללמוד מכל מקום</w:t>
      </w:r>
    </w:p>
    <w:p>
      <w:pPr>
        <w:bidi/>
        <w:jc w:val="right"/>
      </w:pPr>
      <w:r>
        <w:rPr>
          <w:rFonts w:ascii="Arial" w:hAnsi="Arial" w:cs="Arial"/>
          <w:sz w:val="24"/>
          <w:rtl/>
          <w:szCs w:val="24"/>
        </w:rPr>
        <w:t>• משלוח באונייה זול</w:t>
      </w:r>
    </w:p>
    <w:p>
      <w:pPr>
        <w:bidi/>
        <w:jc w:val="right"/>
      </w:pPr>
      <w:r>
        <w:rPr>
          <w:rFonts w:ascii="Arial" w:hAnsi="Arial" w:cs="Arial"/>
          <w:sz w:val="24"/>
          <w:rtl/>
          <w:szCs w:val="24"/>
        </w:rPr>
        <w:t>• מוצרים מרחוק נמכרים בחנות</w:t>
      </w:r>
    </w:p>
    <w:p>
      <w:pPr>
        <w:bidi/>
        <w:jc w:val="right"/>
      </w:pPr>
      <w:r>
        <w:rPr>
          <w:rFonts w:ascii="Arial" w:hAnsi="Arial" w:cs="Arial"/>
          <w:sz w:val="24"/>
          <w:rtl/>
          <w:szCs w:val="24"/>
        </w:rPr>
        <w:t>• יש הרבה טיסות</w:t>
      </w:r>
    </w:p>
    <w:p>
      <w:pPr>
        <w:bidi/>
        <w:jc w:val="right"/>
      </w:pPr>
      <w:r>
        <w:rPr>
          <w:rFonts w:ascii="Arial" w:hAnsi="Arial" w:cs="Arial"/>
          <w:sz w:val="24"/>
          <w:rtl/>
          <w:szCs w:val="24"/>
        </w:rPr>
        <w:t>• קל לבקר אנשים רחוקים</w:t>
      </w:r>
    </w:p>
    <w:p>
      <w:pPr>
        <w:bidi/>
        <w:jc w:val="right"/>
      </w:pPr>
      <w:r>
        <w:rPr>
          <w:rFonts w:ascii="Arial" w:hAnsi="Arial" w:cs="Arial"/>
          <w:color w:val="888888"/>
          <w:sz w:val="22"/>
          <w:rtl/>
          <w:szCs w:val="22"/>
        </w:rPr>
        <w:t>✂ - - - - - - - - - - - - - - - - - - - - - - - - - - - - - - - -</w:t>
      </w:r>
    </w:p>
    <w:p>
      <w:r>
        <w:br w:type="page"/>
      </w:r>
    </w:p>
    <w:p>
      <w:pPr>
        <w:bidi/>
        <w:pStyle w:val="Heading1"/>
        <w:jc w:val="right"/>
      </w:pPr>
      <w:r>
        <w:rPr>
          <w:rFonts w:ascii="Arial" w:hAnsi="Arial" w:cs="Arial"/>
          <w:b/>
          <w:color w:val="4B2BA8"/>
          <w:sz w:val="40"/>
          <w:rtl/>
          <w:szCs w:val="40"/>
          <w:bCs/>
        </w:rPr>
        <w:t>חלק ג׳ – 🔮 🔮 אלכס בעבודה החדשה</w:t>
      </w:r>
    </w:p>
    <w:p>
      <w:pPr>
        <w:bidi/>
        <w:jc w:val="right"/>
      </w:pPr>
      <w:r>
        <w:rPr>
          <w:rFonts w:ascii="Arial" w:hAnsi="Arial" w:cs="Arial"/>
          <w:color w:val="555577"/>
          <w:sz w:val="24"/>
          <w:rtl/>
          <w:szCs w:val="24"/>
        </w:rPr>
        <w:t>קראו כל קטע, הקיפו את הניבוי שלכם – ורק אז המורה תקרא את ההמשך.</w:t>
      </w:r>
    </w:p>
    <w:p>
      <w:pPr>
        <w:bidi/>
        <w:jc w:val="right"/>
      </w:pPr>
      <w:r>
        <w:rPr>
          <w:rFonts w:ascii="Arial" w:hAnsi="Arial" w:cs="Arial"/>
          <w:b/>
          <w:color w:val="6A3FD4"/>
          <w:sz w:val="26"/>
          <w:rtl/>
          <w:szCs w:val="26"/>
          <w:bCs/>
        </w:rPr>
        <w:t>▌ קטע 1</w:t>
      </w:r>
    </w:p>
    <w:p>
      <w:pPr>
        <w:bidi/>
        <w:jc w:val="right"/>
      </w:pPr>
      <w:r>
        <w:rPr>
          <w:rFonts w:ascii="Arial" w:hAnsi="Arial" w:cs="Arial"/>
          <w:sz w:val="24"/>
          <w:rtl/>
          <w:szCs w:val="24"/>
        </w:rPr>
        <w:t>אלכס עלה לארץ. הוא מתכנת. החברה שלו עובדת עם לקוחות בהודו ובגרמניה.</w:t>
      </w:r>
    </w:p>
    <w:p>
      <w:pPr>
        <w:bidi/>
        <w:jc w:val="right"/>
      </w:pPr>
      <w:r>
        <w:rPr>
          <w:rFonts w:ascii="Arial" w:hAnsi="Arial" w:cs="Arial"/>
          <w:b/>
          <w:sz w:val="24"/>
          <w:rtl/>
          <w:szCs w:val="24"/>
          <w:bCs/>
        </w:rPr>
        <w:t>1. באיזו שפה ידברו בפגישות?</w:t>
      </w:r>
    </w:p>
    <w:p>
      <w:pPr>
        <w:bidi/>
        <w:jc w:val="right"/>
      </w:pPr>
      <w:r>
        <w:rPr>
          <w:rFonts w:ascii="Arial" w:hAnsi="Arial" w:cs="Arial"/>
          <w:sz w:val="24"/>
          <w:rtl/>
          <w:szCs w:val="24"/>
        </w:rPr>
        <w:t xml:space="preserve">   ◯ א. רק עברית</w:t>
      </w:r>
    </w:p>
    <w:p>
      <w:pPr>
        <w:bidi/>
        <w:jc w:val="right"/>
      </w:pPr>
      <w:r>
        <w:rPr>
          <w:rFonts w:ascii="Arial" w:hAnsi="Arial" w:cs="Arial"/>
          <w:sz w:val="24"/>
          <w:rtl/>
          <w:szCs w:val="24"/>
        </w:rPr>
        <w:t xml:space="preserve">   ◯ ב. אנגלית</w:t>
      </w:r>
    </w:p>
    <w:p>
      <w:pPr>
        <w:bidi/>
        <w:jc w:val="right"/>
      </w:pPr>
      <w:r>
        <w:rPr>
          <w:rFonts w:ascii="Arial" w:hAnsi="Arial" w:cs="Arial"/>
          <w:sz w:val="24"/>
          <w:rtl/>
          <w:szCs w:val="24"/>
        </w:rPr>
        <w:t xml:space="preserve">   ◯ ג. כל אחד בשפה שלו</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2</w:t>
      </w:r>
    </w:p>
    <w:p>
      <w:pPr>
        <w:bidi/>
        <w:jc w:val="right"/>
      </w:pPr>
      <w:r>
        <w:rPr>
          <w:rFonts w:ascii="Arial" w:hAnsi="Arial" w:cs="Arial"/>
          <w:sz w:val="24"/>
          <w:rtl/>
          <w:szCs w:val="24"/>
        </w:rPr>
        <w:t>בפגישה יש אנשים משלוש מדינות. בכל מדינה יש שעה אחרת.</w:t>
      </w:r>
    </w:p>
    <w:p>
      <w:pPr>
        <w:bidi/>
        <w:jc w:val="right"/>
      </w:pPr>
      <w:r>
        <w:rPr>
          <w:rFonts w:ascii="Arial" w:hAnsi="Arial" w:cs="Arial"/>
          <w:b/>
          <w:sz w:val="24"/>
          <w:rtl/>
          <w:szCs w:val="24"/>
          <w:bCs/>
        </w:rPr>
        <w:t>2. מתי יקבעו פגישה?</w:t>
      </w:r>
    </w:p>
    <w:p>
      <w:pPr>
        <w:bidi/>
        <w:jc w:val="right"/>
      </w:pPr>
      <w:r>
        <w:rPr>
          <w:rFonts w:ascii="Arial" w:hAnsi="Arial" w:cs="Arial"/>
          <w:sz w:val="24"/>
          <w:rtl/>
          <w:szCs w:val="24"/>
        </w:rPr>
        <w:t xml:space="preserve">   ◯ א. בשעה שנוחה לכולם</w:t>
      </w:r>
    </w:p>
    <w:p>
      <w:pPr>
        <w:bidi/>
        <w:jc w:val="right"/>
      </w:pPr>
      <w:r>
        <w:rPr>
          <w:rFonts w:ascii="Arial" w:hAnsi="Arial" w:cs="Arial"/>
          <w:sz w:val="24"/>
          <w:rtl/>
          <w:szCs w:val="24"/>
        </w:rPr>
        <w:t xml:space="preserve">   ◯ ב. בלילה אצל כולם</w:t>
      </w:r>
    </w:p>
    <w:p>
      <w:pPr>
        <w:bidi/>
        <w:jc w:val="right"/>
      </w:pPr>
      <w:r>
        <w:rPr>
          <w:rFonts w:ascii="Arial" w:hAnsi="Arial" w:cs="Arial"/>
          <w:sz w:val="24"/>
          <w:rtl/>
          <w:szCs w:val="24"/>
        </w:rPr>
        <w:t xml:space="preserve">   ◯ ג. בלי לשאול אף אחד</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3</w:t>
      </w:r>
    </w:p>
    <w:p>
      <w:pPr>
        <w:bidi/>
        <w:jc w:val="right"/>
      </w:pPr>
      <w:r>
        <w:rPr>
          <w:rFonts w:ascii="Arial" w:hAnsi="Arial" w:cs="Arial"/>
          <w:sz w:val="24"/>
          <w:rtl/>
          <w:szCs w:val="24"/>
        </w:rPr>
        <w:t>אלכס מתגעגע לעיר שלו. בעיר בישראל הוא מוצא מסעדה עם אוכל מהעיר שלו.</w:t>
      </w:r>
    </w:p>
    <w:p>
      <w:pPr>
        <w:bidi/>
        <w:jc w:val="right"/>
      </w:pPr>
      <w:r>
        <w:rPr>
          <w:rFonts w:ascii="Arial" w:hAnsi="Arial" w:cs="Arial"/>
          <w:b/>
          <w:sz w:val="24"/>
          <w:rtl/>
          <w:szCs w:val="24"/>
          <w:bCs/>
        </w:rPr>
        <w:t>3. מה הוא ירגיש?</w:t>
      </w:r>
    </w:p>
    <w:p>
      <w:pPr>
        <w:bidi/>
        <w:jc w:val="right"/>
      </w:pPr>
      <w:r>
        <w:rPr>
          <w:rFonts w:ascii="Arial" w:hAnsi="Arial" w:cs="Arial"/>
          <w:sz w:val="24"/>
          <w:rtl/>
          <w:szCs w:val="24"/>
        </w:rPr>
        <w:t xml:space="preserve">   ◯ א. רק עצב</w:t>
      </w:r>
    </w:p>
    <w:p>
      <w:pPr>
        <w:bidi/>
        <w:jc w:val="right"/>
      </w:pPr>
      <w:r>
        <w:rPr>
          <w:rFonts w:ascii="Arial" w:hAnsi="Arial" w:cs="Arial"/>
          <w:sz w:val="24"/>
          <w:rtl/>
          <w:szCs w:val="24"/>
        </w:rPr>
        <w:t xml:space="preserve">   ◯ ב. כעס</w:t>
      </w:r>
    </w:p>
    <w:p>
      <w:pPr>
        <w:bidi/>
        <w:jc w:val="right"/>
      </w:pPr>
      <w:r>
        <w:rPr>
          <w:rFonts w:ascii="Arial" w:hAnsi="Arial" w:cs="Arial"/>
          <w:sz w:val="24"/>
          <w:rtl/>
          <w:szCs w:val="24"/>
        </w:rPr>
        <w:t xml:space="preserve">   ◯ ג. שמחה וקצת בית</w:t>
      </w:r>
    </w:p>
    <w:p>
      <w:pPr>
        <w:bidi/>
        <w:jc w:val="right"/>
      </w:pPr>
      <w:r>
        <w:rPr>
          <w:rFonts w:ascii="Arial" w:hAnsi="Arial" w:cs="Arial"/>
          <w:sz w:val="24"/>
          <w:rtl/>
          <w:szCs w:val="24"/>
        </w:rPr>
        <w:t>מה קרה באמת? ____________________________</w:t>
      </w:r>
    </w:p>
    <w:p>
      <w:pPr>
        <w:bidi/>
        <w:pStyle w:val="Heading2"/>
        <w:jc w:val="right"/>
      </w:pPr>
      <w:r>
        <w:rPr>
          <w:rFonts w:ascii="Arial" w:hAnsi="Arial" w:cs="Arial"/>
          <w:b/>
          <w:color w:val="6A3FD4"/>
          <w:sz w:val="32"/>
          <w:rtl/>
          <w:szCs w:val="32"/>
          <w:bCs/>
        </w:rPr>
        <w:t>🧩 🎯 יוצא דופן</w:t>
      </w:r>
    </w:p>
    <w:p>
      <w:pPr>
        <w:bidi/>
        <w:jc w:val="right"/>
      </w:pPr>
      <w:r>
        <w:rPr>
          <w:rFonts w:ascii="Arial" w:hAnsi="Arial" w:cs="Arial"/>
          <w:b/>
          <w:sz w:val="24"/>
          <w:rtl/>
          <w:szCs w:val="24"/>
          <w:bCs/>
        </w:rPr>
        <w:t>1. מי יוצא הדופן?</w:t>
      </w:r>
    </w:p>
    <w:p>
      <w:pPr>
        <w:bidi/>
        <w:jc w:val="right"/>
      </w:pPr>
      <w:r>
        <w:rPr>
          <w:rFonts w:ascii="Arial" w:hAnsi="Arial" w:cs="Arial"/>
          <w:sz w:val="24"/>
          <w:rtl/>
          <w:szCs w:val="24"/>
        </w:rPr>
        <w:t xml:space="preserve">   ◯ א. שכר</w:t>
      </w:r>
    </w:p>
    <w:p>
      <w:pPr>
        <w:bidi/>
        <w:jc w:val="right"/>
      </w:pPr>
      <w:r>
        <w:rPr>
          <w:rFonts w:ascii="Arial" w:hAnsi="Arial" w:cs="Arial"/>
          <w:sz w:val="24"/>
          <w:rtl/>
          <w:szCs w:val="24"/>
        </w:rPr>
        <w:t xml:space="preserve">   ◯ ב. מס</w:t>
      </w:r>
    </w:p>
    <w:p>
      <w:pPr>
        <w:bidi/>
        <w:jc w:val="right"/>
      </w:pPr>
      <w:r>
        <w:rPr>
          <w:rFonts w:ascii="Arial" w:hAnsi="Arial" w:cs="Arial"/>
          <w:sz w:val="24"/>
          <w:rtl/>
          <w:szCs w:val="24"/>
        </w:rPr>
        <w:t xml:space="preserve">   ◯ ג. מחיר</w:t>
      </w:r>
    </w:p>
    <w:p>
      <w:pPr>
        <w:bidi/>
        <w:jc w:val="right"/>
      </w:pPr>
      <w:r>
        <w:rPr>
          <w:rFonts w:ascii="Arial" w:hAnsi="Arial" w:cs="Arial"/>
          <w:sz w:val="24"/>
          <w:rtl/>
          <w:szCs w:val="24"/>
        </w:rPr>
        <w:t xml:space="preserve">   ◯ ד. גשם</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הוא לא קשור לכסף</w:t>
      </w:r>
    </w:p>
    <w:p>
      <w:pPr>
        <w:bidi/>
        <w:jc w:val="right"/>
      </w:pPr>
      <w:r>
        <w:rPr>
          <w:rFonts w:ascii="Arial" w:hAnsi="Arial" w:cs="Arial"/>
          <w:sz w:val="24"/>
          <w:rtl/>
          <w:szCs w:val="24"/>
        </w:rPr>
        <w:t xml:space="preserve">   ◯ ב. הוא מילה ארוכה</w:t>
      </w:r>
    </w:p>
    <w:p>
      <w:pPr>
        <w:bidi/>
        <w:jc w:val="right"/>
      </w:pPr>
      <w:r>
        <w:rPr>
          <w:rFonts w:ascii="Arial" w:hAnsi="Arial" w:cs="Arial"/>
          <w:sz w:val="24"/>
          <w:rtl/>
          <w:szCs w:val="24"/>
        </w:rPr>
        <w:t xml:space="preserve">   ◯ ג. הוא שם של עיר</w:t>
      </w:r>
    </w:p>
    <w:p>
      <w:pPr>
        <w:bidi/>
        <w:jc w:val="right"/>
      </w:pPr>
      <w:r>
        <w:rPr>
          <w:rFonts w:ascii="Arial" w:hAnsi="Arial" w:cs="Arial"/>
          <w:b/>
          <w:sz w:val="24"/>
          <w:rtl/>
          <w:szCs w:val="24"/>
          <w:bCs/>
        </w:rPr>
        <w:t>2. מי יוצא הדופן?</w:t>
      </w:r>
    </w:p>
    <w:p>
      <w:pPr>
        <w:bidi/>
        <w:jc w:val="right"/>
      </w:pPr>
      <w:r>
        <w:rPr>
          <w:rFonts w:ascii="Arial" w:hAnsi="Arial" w:cs="Arial"/>
          <w:sz w:val="24"/>
          <w:rtl/>
          <w:szCs w:val="24"/>
        </w:rPr>
        <w:t xml:space="preserve">   ◯ א. אנגלית</w:t>
      </w:r>
    </w:p>
    <w:p>
      <w:pPr>
        <w:bidi/>
        <w:jc w:val="right"/>
      </w:pPr>
      <w:r>
        <w:rPr>
          <w:rFonts w:ascii="Arial" w:hAnsi="Arial" w:cs="Arial"/>
          <w:sz w:val="24"/>
          <w:rtl/>
          <w:szCs w:val="24"/>
        </w:rPr>
        <w:t xml:space="preserve">   ◯ ב. מחשב</w:t>
      </w:r>
    </w:p>
    <w:p>
      <w:pPr>
        <w:bidi/>
        <w:jc w:val="right"/>
      </w:pPr>
      <w:r>
        <w:rPr>
          <w:rFonts w:ascii="Arial" w:hAnsi="Arial" w:cs="Arial"/>
          <w:sz w:val="24"/>
          <w:rtl/>
          <w:szCs w:val="24"/>
        </w:rPr>
        <w:t xml:space="preserve">   ◯ ג. עברית</w:t>
      </w:r>
    </w:p>
    <w:p>
      <w:pPr>
        <w:bidi/>
        <w:jc w:val="right"/>
      </w:pPr>
      <w:r>
        <w:rPr>
          <w:rFonts w:ascii="Arial" w:hAnsi="Arial" w:cs="Arial"/>
          <w:sz w:val="24"/>
          <w:rtl/>
          <w:szCs w:val="24"/>
        </w:rPr>
        <w:t xml:space="preserve">   ◯ ד. רוסית</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הוא בבית</w:t>
      </w:r>
    </w:p>
    <w:p>
      <w:pPr>
        <w:bidi/>
        <w:jc w:val="right"/>
      </w:pPr>
      <w:r>
        <w:rPr>
          <w:rFonts w:ascii="Arial" w:hAnsi="Arial" w:cs="Arial"/>
          <w:sz w:val="24"/>
          <w:rtl/>
          <w:szCs w:val="24"/>
        </w:rPr>
        <w:t xml:space="preserve">   ◯ ב. הוא לא שפה</w:t>
      </w:r>
    </w:p>
    <w:p>
      <w:pPr>
        <w:bidi/>
        <w:jc w:val="right"/>
      </w:pPr>
      <w:r>
        <w:rPr>
          <w:rFonts w:ascii="Arial" w:hAnsi="Arial" w:cs="Arial"/>
          <w:sz w:val="24"/>
          <w:rtl/>
          <w:szCs w:val="24"/>
        </w:rPr>
        <w:t xml:space="preserve">   ◯ ג. הוא קטן</w:t>
      </w:r>
    </w:p>
    <w:p>
      <w:pPr>
        <w:bidi/>
        <w:jc w:val="right"/>
      </w:pPr>
      <w:r>
        <w:rPr>
          <w:rFonts w:ascii="Arial" w:hAnsi="Arial" w:cs="Arial"/>
          <w:b/>
          <w:sz w:val="24"/>
          <w:rtl/>
          <w:szCs w:val="24"/>
          <w:bCs/>
        </w:rPr>
        <w:t>3. מי יוצא הדופן?</w:t>
      </w:r>
    </w:p>
    <w:p>
      <w:pPr>
        <w:bidi/>
        <w:jc w:val="right"/>
      </w:pPr>
      <w:r>
        <w:rPr>
          <w:rFonts w:ascii="Arial" w:hAnsi="Arial" w:cs="Arial"/>
          <w:sz w:val="24"/>
          <w:rtl/>
          <w:szCs w:val="24"/>
        </w:rPr>
        <w:t xml:space="preserve">   ◯ א. יבוא</w:t>
      </w:r>
    </w:p>
    <w:p>
      <w:pPr>
        <w:bidi/>
        <w:jc w:val="right"/>
      </w:pPr>
      <w:r>
        <w:rPr>
          <w:rFonts w:ascii="Arial" w:hAnsi="Arial" w:cs="Arial"/>
          <w:sz w:val="24"/>
          <w:rtl/>
          <w:szCs w:val="24"/>
        </w:rPr>
        <w:t xml:space="preserve">   ◯ ב. יצוא</w:t>
      </w:r>
    </w:p>
    <w:p>
      <w:pPr>
        <w:bidi/>
        <w:jc w:val="right"/>
      </w:pPr>
      <w:r>
        <w:rPr>
          <w:rFonts w:ascii="Arial" w:hAnsi="Arial" w:cs="Arial"/>
          <w:sz w:val="24"/>
          <w:rtl/>
          <w:szCs w:val="24"/>
        </w:rPr>
        <w:t xml:space="preserve">   ◯ ג. סחר</w:t>
      </w:r>
    </w:p>
    <w:p>
      <w:pPr>
        <w:bidi/>
        <w:jc w:val="right"/>
      </w:pPr>
      <w:r>
        <w:rPr>
          <w:rFonts w:ascii="Arial" w:hAnsi="Arial" w:cs="Arial"/>
          <w:sz w:val="24"/>
          <w:rtl/>
          <w:szCs w:val="24"/>
        </w:rPr>
        <w:t xml:space="preserve">   ◯ ד. טיול</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הוא בים</w:t>
      </w:r>
    </w:p>
    <w:p>
      <w:pPr>
        <w:bidi/>
        <w:jc w:val="right"/>
      </w:pPr>
      <w:r>
        <w:rPr>
          <w:rFonts w:ascii="Arial" w:hAnsi="Arial" w:cs="Arial"/>
          <w:sz w:val="24"/>
          <w:rtl/>
          <w:szCs w:val="24"/>
        </w:rPr>
        <w:t xml:space="preserve">   ◯ ב. הוא באוויר</w:t>
      </w:r>
    </w:p>
    <w:p>
      <w:pPr>
        <w:bidi/>
        <w:jc w:val="right"/>
      </w:pPr>
      <w:r>
        <w:rPr>
          <w:rFonts w:ascii="Arial" w:hAnsi="Arial" w:cs="Arial"/>
          <w:sz w:val="24"/>
          <w:rtl/>
          <w:szCs w:val="24"/>
        </w:rPr>
        <w:t xml:space="preserve">   ◯ ג. הוא לא קנייה ומכירה</w:t>
      </w:r>
    </w:p>
    <w:p>
      <w:pPr>
        <w:bidi/>
        <w:jc w:val="right"/>
      </w:pPr>
      <w:r>
        <w:rPr>
          <w:rFonts w:ascii="Arial" w:hAnsi="Arial" w:cs="Arial"/>
          <w:b/>
          <w:sz w:val="24"/>
          <w:rtl/>
          <w:szCs w:val="24"/>
          <w:bCs/>
        </w:rPr>
        <w:t>4. מי יוצא הדופן?</w:t>
      </w:r>
    </w:p>
    <w:p>
      <w:pPr>
        <w:bidi/>
        <w:jc w:val="right"/>
      </w:pPr>
      <w:r>
        <w:rPr>
          <w:rFonts w:ascii="Arial" w:hAnsi="Arial" w:cs="Arial"/>
          <w:sz w:val="24"/>
          <w:rtl/>
          <w:szCs w:val="24"/>
        </w:rPr>
        <w:t xml:space="preserve">   ◯ א. אינטרנט</w:t>
      </w:r>
    </w:p>
    <w:p>
      <w:pPr>
        <w:bidi/>
        <w:jc w:val="right"/>
      </w:pPr>
      <w:r>
        <w:rPr>
          <w:rFonts w:ascii="Arial" w:hAnsi="Arial" w:cs="Arial"/>
          <w:sz w:val="24"/>
          <w:rtl/>
          <w:szCs w:val="24"/>
        </w:rPr>
        <w:t xml:space="preserve">   ◯ ב. כבל</w:t>
      </w:r>
    </w:p>
    <w:p>
      <w:pPr>
        <w:bidi/>
        <w:jc w:val="right"/>
      </w:pPr>
      <w:r>
        <w:rPr>
          <w:rFonts w:ascii="Arial" w:hAnsi="Arial" w:cs="Arial"/>
          <w:sz w:val="24"/>
          <w:rtl/>
          <w:szCs w:val="24"/>
        </w:rPr>
        <w:t xml:space="preserve">   ◯ ג. עץ</w:t>
      </w:r>
    </w:p>
    <w:p>
      <w:pPr>
        <w:bidi/>
        <w:jc w:val="right"/>
      </w:pPr>
      <w:r>
        <w:rPr>
          <w:rFonts w:ascii="Arial" w:hAnsi="Arial" w:cs="Arial"/>
          <w:sz w:val="24"/>
          <w:rtl/>
          <w:szCs w:val="24"/>
        </w:rPr>
        <w:t xml:space="preserve">   ◯ ד. טלפון</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הוא לא עוזר לתקשורת</w:t>
      </w:r>
    </w:p>
    <w:p>
      <w:pPr>
        <w:bidi/>
        <w:jc w:val="right"/>
      </w:pPr>
      <w:r>
        <w:rPr>
          <w:rFonts w:ascii="Arial" w:hAnsi="Arial" w:cs="Arial"/>
          <w:sz w:val="24"/>
          <w:rtl/>
          <w:szCs w:val="24"/>
        </w:rPr>
        <w:t xml:space="preserve">   ◯ ב. הוא עשוי מברזל</w:t>
      </w:r>
    </w:p>
    <w:p>
      <w:pPr>
        <w:bidi/>
        <w:jc w:val="right"/>
      </w:pPr>
      <w:r>
        <w:rPr>
          <w:rFonts w:ascii="Arial" w:hAnsi="Arial" w:cs="Arial"/>
          <w:sz w:val="24"/>
          <w:rtl/>
          <w:szCs w:val="24"/>
        </w:rPr>
        <w:t xml:space="preserve">   ◯ ג. הוא בתוך הים</w:t>
      </w:r>
    </w:p>
    <w:p>
      <w:r>
        <w:br w:type="page"/>
      </w:r>
    </w:p>
    <w:p>
      <w:pPr>
        <w:bidi/>
        <w:pStyle w:val="Heading1"/>
        <w:jc w:val="right"/>
      </w:pPr>
      <w:r>
        <w:rPr>
          <w:rFonts w:ascii="Arial" w:hAnsi="Arial" w:cs="Arial"/>
          <w:b/>
          <w:color w:val="4B2BA8"/>
          <w:sz w:val="40"/>
          <w:rtl/>
          <w:szCs w:val="40"/>
          <w:bCs/>
        </w:rPr>
        <w:t>חלק ד׳ – 🏁 משחקי סיום</w:t>
      </w:r>
    </w:p>
    <w:p>
      <w:pPr>
        <w:bidi/>
        <w:pStyle w:val="Heading2"/>
        <w:jc w:val="right"/>
      </w:pPr>
      <w:r>
        <w:rPr>
          <w:rFonts w:ascii="Arial" w:hAnsi="Arial" w:cs="Arial"/>
          <w:b/>
          <w:color w:val="6A3FD4"/>
          <w:sz w:val="32"/>
          <w:rtl/>
          <w:szCs w:val="32"/>
          <w:bCs/>
        </w:rPr>
        <w:t>🏆 טריוויה</w:t>
      </w:r>
    </w:p>
    <w:p>
      <w:pPr>
        <w:bidi/>
        <w:jc w:val="right"/>
      </w:pPr>
      <w:r>
        <w:rPr>
          <w:rFonts w:ascii="Arial" w:hAnsi="Arial" w:cs="Arial"/>
          <w:b/>
          <w:sz w:val="24"/>
          <w:rtl/>
          <w:szCs w:val="24"/>
          <w:bCs/>
        </w:rPr>
        <w:t>1. מהו הרעיון המרכזי בטקסט על נגה?</w:t>
      </w:r>
    </w:p>
    <w:p>
      <w:pPr>
        <w:bidi/>
        <w:jc w:val="right"/>
      </w:pPr>
      <w:r>
        <w:rPr>
          <w:rFonts w:ascii="Arial" w:hAnsi="Arial" w:cs="Arial"/>
          <w:sz w:val="24"/>
          <w:rtl/>
          <w:szCs w:val="24"/>
        </w:rPr>
        <w:t xml:space="preserve">   ◯ א. נגה אוהבת קפה</w:t>
      </w:r>
    </w:p>
    <w:p>
      <w:pPr>
        <w:bidi/>
        <w:jc w:val="right"/>
      </w:pPr>
      <w:r>
        <w:rPr>
          <w:rFonts w:ascii="Arial" w:hAnsi="Arial" w:cs="Arial"/>
          <w:sz w:val="24"/>
          <w:rtl/>
          <w:szCs w:val="24"/>
        </w:rPr>
        <w:t xml:space="preserve">   ◯ ב. מאחורי כל מוצר יש מסע ואנשים רבים</w:t>
      </w:r>
    </w:p>
    <w:p>
      <w:pPr>
        <w:bidi/>
        <w:jc w:val="right"/>
      </w:pPr>
      <w:r>
        <w:rPr>
          <w:rFonts w:ascii="Arial" w:hAnsi="Arial" w:cs="Arial"/>
          <w:sz w:val="24"/>
          <w:rtl/>
          <w:szCs w:val="24"/>
        </w:rPr>
        <w:t xml:space="preserve">   ◯ ג. נגה קנתה מעיל</w:t>
      </w:r>
    </w:p>
    <w:p>
      <w:pPr>
        <w:bidi/>
        <w:jc w:val="right"/>
      </w:pPr>
      <w:r>
        <w:rPr>
          <w:rFonts w:ascii="Arial" w:hAnsi="Arial" w:cs="Arial"/>
          <w:sz w:val="24"/>
          <w:rtl/>
          <w:szCs w:val="24"/>
        </w:rPr>
        <w:t xml:space="preserve">   ◯ ד. החנות רחוקה</w:t>
      </w:r>
    </w:p>
    <w:p>
      <w:pPr>
        <w:bidi/>
        <w:jc w:val="right"/>
      </w:pPr>
      <w:r>
        <w:rPr>
          <w:rFonts w:ascii="Arial" w:hAnsi="Arial" w:cs="Arial"/>
          <w:b/>
          <w:sz w:val="24"/>
          <w:rtl/>
          <w:szCs w:val="24"/>
          <w:bCs/>
        </w:rPr>
        <w:t>2. מה תפקיד המשפט ״נגה רשמה מאיפה באים המוצרים שלה״?</w:t>
      </w:r>
    </w:p>
    <w:p>
      <w:pPr>
        <w:bidi/>
        <w:jc w:val="right"/>
      </w:pPr>
      <w:r>
        <w:rPr>
          <w:rFonts w:ascii="Arial" w:hAnsi="Arial" w:cs="Arial"/>
          <w:sz w:val="24"/>
          <w:rtl/>
          <w:szCs w:val="24"/>
        </w:rPr>
        <w:t xml:space="preserve">   ◯ א. הוא מציג את הניסוי של נגה</w:t>
      </w:r>
    </w:p>
    <w:p>
      <w:pPr>
        <w:bidi/>
        <w:jc w:val="right"/>
      </w:pPr>
      <w:r>
        <w:rPr>
          <w:rFonts w:ascii="Arial" w:hAnsi="Arial" w:cs="Arial"/>
          <w:sz w:val="24"/>
          <w:rtl/>
          <w:szCs w:val="24"/>
        </w:rPr>
        <w:t xml:space="preserve">   ◯ ב. הוא מסכם את הטקסט</w:t>
      </w:r>
    </w:p>
    <w:p>
      <w:pPr>
        <w:bidi/>
        <w:jc w:val="right"/>
      </w:pPr>
      <w:r>
        <w:rPr>
          <w:rFonts w:ascii="Arial" w:hAnsi="Arial" w:cs="Arial"/>
          <w:sz w:val="24"/>
          <w:rtl/>
          <w:szCs w:val="24"/>
        </w:rPr>
        <w:t xml:space="preserve">   ◯ ג. הוא מביע דעה</w:t>
      </w:r>
    </w:p>
    <w:p>
      <w:pPr>
        <w:bidi/>
        <w:jc w:val="right"/>
      </w:pPr>
      <w:r>
        <w:rPr>
          <w:rFonts w:ascii="Arial" w:hAnsi="Arial" w:cs="Arial"/>
          <w:sz w:val="24"/>
          <w:rtl/>
          <w:szCs w:val="24"/>
        </w:rPr>
        <w:t xml:space="preserve">   ◯ ד. הוא מתאר מזג אוויר</w:t>
      </w:r>
    </w:p>
    <w:p>
      <w:pPr>
        <w:bidi/>
        <w:jc w:val="right"/>
      </w:pPr>
      <w:r>
        <w:rPr>
          <w:rFonts w:ascii="Arial" w:hAnsi="Arial" w:cs="Arial"/>
          <w:b/>
          <w:sz w:val="24"/>
          <w:rtl/>
          <w:szCs w:val="24"/>
          <w:bCs/>
        </w:rPr>
        <w:t>3. מה תפקיד הדוגמאות: מעיל, מטען, קפה?</w:t>
      </w:r>
    </w:p>
    <w:p>
      <w:pPr>
        <w:bidi/>
        <w:jc w:val="right"/>
      </w:pPr>
      <w:r>
        <w:rPr>
          <w:rFonts w:ascii="Arial" w:hAnsi="Arial" w:cs="Arial"/>
          <w:sz w:val="24"/>
          <w:rtl/>
          <w:szCs w:val="24"/>
        </w:rPr>
        <w:t xml:space="preserve">   ◯ א. הן משנות נושא</w:t>
      </w:r>
    </w:p>
    <w:p>
      <w:pPr>
        <w:bidi/>
        <w:jc w:val="right"/>
      </w:pPr>
      <w:r>
        <w:rPr>
          <w:rFonts w:ascii="Arial" w:hAnsi="Arial" w:cs="Arial"/>
          <w:sz w:val="24"/>
          <w:rtl/>
          <w:szCs w:val="24"/>
        </w:rPr>
        <w:t xml:space="preserve">   ◯ ב. הן מצחיקות</w:t>
      </w:r>
    </w:p>
    <w:p>
      <w:pPr>
        <w:bidi/>
        <w:jc w:val="right"/>
      </w:pPr>
      <w:r>
        <w:rPr>
          <w:rFonts w:ascii="Arial" w:hAnsi="Arial" w:cs="Arial"/>
          <w:sz w:val="24"/>
          <w:rtl/>
          <w:szCs w:val="24"/>
        </w:rPr>
        <w:t xml:space="preserve">   ◯ ג. הן מוכיחות שהמוצרים באים מכל העולם</w:t>
      </w:r>
    </w:p>
    <w:p>
      <w:pPr>
        <w:bidi/>
        <w:jc w:val="right"/>
      </w:pPr>
      <w:r>
        <w:rPr>
          <w:rFonts w:ascii="Arial" w:hAnsi="Arial" w:cs="Arial"/>
          <w:sz w:val="24"/>
          <w:rtl/>
          <w:szCs w:val="24"/>
        </w:rPr>
        <w:t xml:space="preserve">   ◯ ד. הן נותנות מחיר</w:t>
      </w:r>
    </w:p>
    <w:p>
      <w:pPr>
        <w:bidi/>
        <w:jc w:val="right"/>
      </w:pPr>
      <w:r>
        <w:rPr>
          <w:rFonts w:ascii="Arial" w:hAnsi="Arial" w:cs="Arial"/>
          <w:b/>
          <w:sz w:val="24"/>
          <w:rtl/>
          <w:szCs w:val="24"/>
          <w:bCs/>
        </w:rPr>
        <w:t>4. איזו מילה מתאימה לסיכום הטקסט?</w:t>
      </w:r>
    </w:p>
    <w:p>
      <w:pPr>
        <w:bidi/>
        <w:jc w:val="right"/>
      </w:pPr>
      <w:r>
        <w:rPr>
          <w:rFonts w:ascii="Arial" w:hAnsi="Arial" w:cs="Arial"/>
          <w:sz w:val="24"/>
          <w:rtl/>
          <w:szCs w:val="24"/>
        </w:rPr>
        <w:t xml:space="preserve">   ◯ א. לכן</w:t>
      </w:r>
    </w:p>
    <w:p>
      <w:pPr>
        <w:bidi/>
        <w:jc w:val="right"/>
      </w:pPr>
      <w:r>
        <w:rPr>
          <w:rFonts w:ascii="Arial" w:hAnsi="Arial" w:cs="Arial"/>
          <w:sz w:val="24"/>
          <w:rtl/>
          <w:szCs w:val="24"/>
        </w:rPr>
        <w:t xml:space="preserve">   ◯ ב. למשל</w:t>
      </w:r>
    </w:p>
    <w:p>
      <w:pPr>
        <w:bidi/>
        <w:jc w:val="right"/>
      </w:pPr>
      <w:r>
        <w:rPr>
          <w:rFonts w:ascii="Arial" w:hAnsi="Arial" w:cs="Arial"/>
          <w:sz w:val="24"/>
          <w:rtl/>
          <w:szCs w:val="24"/>
        </w:rPr>
        <w:t xml:space="preserve">   ◯ ג. גם</w:t>
      </w:r>
    </w:p>
    <w:p>
      <w:pPr>
        <w:bidi/>
        <w:jc w:val="right"/>
      </w:pPr>
      <w:r>
        <w:rPr>
          <w:rFonts w:ascii="Arial" w:hAnsi="Arial" w:cs="Arial"/>
          <w:sz w:val="24"/>
          <w:rtl/>
          <w:szCs w:val="24"/>
        </w:rPr>
        <w:t xml:space="preserve">   ◯ ד. אבל</w:t>
      </w:r>
    </w:p>
    <w:p>
      <w:pPr>
        <w:bidi/>
        <w:jc w:val="right"/>
      </w:pPr>
      <w:r>
        <w:rPr>
          <w:rFonts w:ascii="Arial" w:hAnsi="Arial" w:cs="Arial"/>
          <w:b/>
          <w:sz w:val="24"/>
          <w:rtl/>
          <w:szCs w:val="24"/>
          <w:bCs/>
        </w:rPr>
        <w:t>5. מה נגה למדה בסוף?</w:t>
      </w:r>
    </w:p>
    <w:p>
      <w:pPr>
        <w:bidi/>
        <w:jc w:val="right"/>
      </w:pPr>
      <w:r>
        <w:rPr>
          <w:rFonts w:ascii="Arial" w:hAnsi="Arial" w:cs="Arial"/>
          <w:sz w:val="24"/>
          <w:rtl/>
          <w:szCs w:val="24"/>
        </w:rPr>
        <w:t xml:space="preserve">   ◯ א. שקפה לא טעים</w:t>
      </w:r>
    </w:p>
    <w:p>
      <w:pPr>
        <w:bidi/>
        <w:jc w:val="right"/>
      </w:pPr>
      <w:r>
        <w:rPr>
          <w:rFonts w:ascii="Arial" w:hAnsi="Arial" w:cs="Arial"/>
          <w:sz w:val="24"/>
          <w:rtl/>
          <w:szCs w:val="24"/>
        </w:rPr>
        <w:t xml:space="preserve">   ◯ ב. שהמעיל ישן</w:t>
      </w:r>
    </w:p>
    <w:p>
      <w:pPr>
        <w:bidi/>
        <w:jc w:val="right"/>
      </w:pPr>
      <w:r>
        <w:rPr>
          <w:rFonts w:ascii="Arial" w:hAnsi="Arial" w:cs="Arial"/>
          <w:sz w:val="24"/>
          <w:rtl/>
          <w:szCs w:val="24"/>
        </w:rPr>
        <w:t xml:space="preserve">   ◯ ג. שצריך לקנות יותר</w:t>
      </w:r>
    </w:p>
    <w:p>
      <w:pPr>
        <w:bidi/>
        <w:jc w:val="right"/>
      </w:pPr>
      <w:r>
        <w:rPr>
          <w:rFonts w:ascii="Arial" w:hAnsi="Arial" w:cs="Arial"/>
          <w:sz w:val="24"/>
          <w:rtl/>
          <w:szCs w:val="24"/>
        </w:rPr>
        <w:t xml:space="preserve">   ◯ ד. שגם הבחירות שלה חשובות</w:t>
      </w:r>
    </w:p>
    <w:p>
      <w:pPr>
        <w:bidi/>
        <w:pStyle w:val="Heading2"/>
        <w:jc w:val="right"/>
      </w:pPr>
      <w:r>
        <w:rPr>
          <w:rFonts w:ascii="Arial" w:hAnsi="Arial" w:cs="Arial"/>
          <w:b/>
          <w:color w:val="6A3FD4"/>
          <w:sz w:val="32"/>
          <w:rtl/>
          <w:szCs w:val="32"/>
          <w:bCs/>
        </w:rPr>
        <w:t>⚡ נכון / לא נכון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היגד</w:t>
            </w:r>
          </w:p>
        </w:tc>
        <w:tc>
          <w:tcPr>
            <w:tcW w:type="dxa" w:w="3475"/>
            <w:shd w:val="clear" w:fill="E5DBFF"/>
          </w:tcPr>
          <w:p>
            <w:pPr>
              <w:bidi/>
              <w:jc w:val="right"/>
            </w:pPr>
            <w:r>
              <w:rPr>
                <w:rFonts w:ascii="Arial" w:hAnsi="Arial" w:cs="Arial"/>
                <w:b/>
                <w:sz w:val="22"/>
                <w:rtl/>
                <w:szCs w:val="22"/>
                <w:bCs/>
              </w:rPr>
              <w:t>נכון</w:t>
            </w:r>
          </w:p>
        </w:tc>
        <w:tc>
          <w:tcPr>
            <w:tcW w:type="dxa" w:w="3475"/>
            <w:shd w:val="clear" w:fill="E5DBFF"/>
          </w:tcPr>
          <w:p>
            <w:pPr>
              <w:bidi/>
              <w:jc w:val="right"/>
            </w:pPr>
            <w:r>
              <w:rPr>
                <w:rFonts w:ascii="Arial" w:hAnsi="Arial" w:cs="Arial"/>
                <w:b/>
                <w:sz w:val="22"/>
                <w:rtl/>
                <w:szCs w:val="22"/>
                <w:bCs/>
              </w:rPr>
              <w:t>לא נכון</w:t>
            </w:r>
          </w:p>
        </w:tc>
      </w:tr>
      <w:tr>
        <w:tc>
          <w:tcPr>
            <w:tcW w:type="dxa" w:w="3475"/>
          </w:tcPr>
          <w:p>
            <w:pPr>
              <w:bidi/>
              <w:jc w:val="right"/>
            </w:pPr>
            <w:r>
              <w:rPr>
                <w:rFonts w:ascii="Arial" w:hAnsi="Arial" w:cs="Arial"/>
                <w:sz w:val="22"/>
                <w:rtl/>
                <w:szCs w:val="22"/>
              </w:rPr>
              <w:t>הקפה של נגה גדל ליד קו המשווה.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יבוא פירושו למכור סחורה לארץ אחרת.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הובלה ארוכה יכולה לגרום לזיהום.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מחיר זול תמיד מספר את כל הסיפור.</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ברשת אפשר להכיר תרבויות מכל העולם.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כל המוצרים של נגה באו מאותה ארץ.</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בגלוקליזציה מוצר עולמי מקבל טעם מקומי.</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לגלובליזציה אין השפעה על השפה.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6A3FD4"/>
          <w:sz w:val="32"/>
          <w:rtl/>
          <w:szCs w:val="32"/>
          <w:bCs/>
        </w:rPr>
        <w:t>🧱 מחסן מילים</w:t>
      </w:r>
    </w:p>
    <w:p>
      <w:pPr>
        <w:bidi/>
        <w:jc w:val="right"/>
      </w:pPr>
      <w:r>
        <w:rPr>
          <w:rFonts w:ascii="Arial" w:hAnsi="Arial" w:cs="Arial"/>
          <w:sz w:val="24"/>
          <w:rtl/>
          <w:szCs w:val="24"/>
        </w:rPr>
        <w:t>מחסן: אחר כך · לכן · לכן גם · אבל · כי · בנוסף</w:t>
      </w:r>
    </w:p>
    <w:p>
      <w:pPr>
        <w:bidi/>
        <w:jc w:val="right"/>
      </w:pPr>
      <w:r>
        <w:rPr>
          <w:rFonts w:ascii="Arial" w:hAnsi="Arial" w:cs="Arial"/>
          <w:b/>
          <w:color w:val="6A3FD4"/>
          <w:sz w:val="26"/>
          <w:rtl/>
          <w:szCs w:val="26"/>
          <w:bCs/>
        </w:rPr>
        <w:t>▌ השלימו</w:t>
      </w:r>
    </w:p>
    <w:p>
      <w:pPr>
        <w:bidi/>
        <w:jc w:val="right"/>
      </w:pPr>
      <w:r>
        <w:rPr>
          <w:rFonts w:ascii="Arial" w:hAnsi="Arial" w:cs="Arial"/>
          <w:sz w:val="24"/>
          <w:rtl/>
          <w:szCs w:val="24"/>
        </w:rPr>
        <w:t>מוצרים מכל העולם מגיעים אלינו. (1)________ יש לנו מבחר גדול. (2)________ ההובלה גורמת לזיהום. (3)________ כדאי לקנות בתבונה. (4)________ כדאי לתקן ולא לזרוק.</w:t>
      </w:r>
    </w:p>
    <w:p>
      <w:pPr>
        <w:bidi/>
        <w:pStyle w:val="Heading2"/>
        <w:jc w:val="right"/>
      </w:pPr>
      <w:r>
        <w:rPr>
          <w:rFonts w:ascii="Arial" w:hAnsi="Arial" w:cs="Arial"/>
          <w:b/>
          <w:color w:val="6A3FD4"/>
          <w:sz w:val="32"/>
          <w:rtl/>
          <w:szCs w:val="32"/>
          <w:bCs/>
        </w:rPr>
        <w:t>🔎 בלש הניסוח</w:t>
      </w:r>
    </w:p>
    <w:p>
      <w:pPr>
        <w:bidi/>
        <w:jc w:val="right"/>
      </w:pPr>
      <w:r>
        <w:rPr>
          <w:rFonts w:ascii="Arial" w:hAnsi="Arial" w:cs="Arial"/>
          <w:sz w:val="24"/>
          <w:rtl/>
          <w:szCs w:val="24"/>
        </w:rPr>
        <w:t>בטקסט 3 שגיאות. הקיפו אותן וכתבו תיקון:</w:t>
      </w:r>
    </w:p>
    <w:p>
      <w:pPr>
        <w:bidi/>
        <w:jc w:val="right"/>
      </w:pPr>
      <w:r>
        <w:rPr>
          <w:rFonts w:ascii="Arial" w:hAnsi="Arial" w:cs="Arial"/>
          <w:b/>
          <w:color w:val="6A3FD4"/>
          <w:sz w:val="26"/>
          <w:rtl/>
          <w:szCs w:val="26"/>
          <w:bCs/>
        </w:rPr>
        <w:t>▌ הטקסט</w:t>
      </w:r>
    </w:p>
    <w:p>
      <w:pPr>
        <w:bidi/>
        <w:jc w:val="right"/>
      </w:pPr>
      <w:r>
        <w:rPr>
          <w:rFonts w:ascii="Arial" w:hAnsi="Arial" w:cs="Arial"/>
          <w:sz w:val="24"/>
          <w:rtl/>
          <w:szCs w:val="24"/>
        </w:rPr>
        <w:t>המוצרים של נגה בא מכל העולם. הקפה הבוקר גדל רחוק. המחיר זול, לכן יש לו מחיר נסתר.</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קלפי זיכרון – גזרו והתאימו מושג להגדרה</w:t>
      </w:r>
    </w:p>
    <w:tbl>
      <w:tblPr>
        <w:tblW w:type="auto" w:w="0"/>
        <w:tblLook w:firstColumn="1" w:firstRow="1" w:lastColumn="0" w:lastRow="0" w:noHBand="0" w:noVBand="1" w:val="04A0"/>
        <w:bidiVisual/>
        <w:tblBorders>
          <w:top w:val="dashed" w:sz="8" w:color="888888"/>
          <w:left w:val="dashed" w:sz="8" w:color="888888"/>
          <w:bottom w:val="dashed" w:sz="8" w:color="888888"/>
          <w:right w:val="dashed" w:sz="8" w:color="888888"/>
          <w:insideH w:val="dashed" w:sz="8" w:color="888888"/>
          <w:insideV w:val="dashed" w:sz="8" w:color="888888"/>
        </w:tblBorders>
      </w:tblPr>
      <w:tblGrid>
        <w:gridCol w:w="3475"/>
        <w:gridCol w:w="3475"/>
        <w:gridCol w:w="3475"/>
      </w:tblGrid>
      <w:tr>
        <w:tc>
          <w:tcPr>
            <w:tcW w:type="dxa" w:w="3213"/>
          </w:tcPr>
          <w:p>
            <w:pPr>
              <w:bidi/>
              <w:jc w:val="center"/>
            </w:pPr>
            <w:r>
              <w:rPr>
                <w:rFonts w:ascii="Arial" w:hAnsi="Arial" w:cs="Arial"/>
                <w:sz w:val="44"/>
                <w:rtl/>
                <w:szCs w:val="44"/>
              </w:rPr>
              <w:t>🌐</w:t>
            </w:r>
          </w:p>
          <w:p>
            <w:pPr>
              <w:bidi/>
              <w:jc w:val="center"/>
            </w:pPr>
            <w:r>
              <w:rPr>
                <w:rFonts w:ascii="Arial" w:hAnsi="Arial" w:cs="Arial"/>
                <w:b/>
                <w:color w:val="E8590C"/>
                <w:sz w:val="24"/>
                <w:rtl/>
                <w:szCs w:val="24"/>
                <w:bCs/>
              </w:rPr>
              <w:t>גלובליזציה</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7048E8"/>
                <w:sz w:val="24"/>
                <w:rtl/>
                <w:szCs w:val="24"/>
                <w:bCs/>
              </w:rPr>
              <w:t>כפר עולמי</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1C7ED6"/>
                <w:sz w:val="24"/>
                <w:rtl/>
                <w:szCs w:val="24"/>
                <w:bCs/>
              </w:rPr>
              <w:t>שרשרת אספקה</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2B8A3E"/>
                <w:sz w:val="24"/>
                <w:rtl/>
                <w:szCs w:val="24"/>
                <w:bCs/>
              </w:rPr>
              <w:t>יבוא</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C2255C"/>
                <w:sz w:val="24"/>
                <w:rtl/>
                <w:szCs w:val="24"/>
                <w:bCs/>
              </w:rPr>
              <w:t>יצוא</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F08C00"/>
                <w:sz w:val="24"/>
                <w:rtl/>
                <w:szCs w:val="24"/>
                <w:bCs/>
              </w:rPr>
              <w:t>מחיר</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העולם מחובר בסחר, בתקשורת ובתרבות.</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העולם קרוב, כמו כפר אחד.</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כל השלבים של מוצר עד הקונה.</w:t>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קונים סחורה מארץ אחרת.</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מוכרים סחורה לארץ אחרת.</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כמה כסף עולה מוצר.</w:t>
            </w:r>
          </w:p>
        </w:tc>
      </w:tr>
    </w:tbl>
    <w:p>
      <w:pPr>
        <w:bidi/>
        <w:jc w:val="right"/>
      </w:pPr>
    </w:p>
    <w:p>
      <w:pPr>
        <w:bidi/>
        <w:jc w:val="right"/>
      </w:pPr>
      <w:r>
        <w:rPr>
          <w:rFonts w:ascii="Arial" w:hAnsi="Arial" w:cs="Arial"/>
          <w:color w:val="888888"/>
          <w:sz w:val="22"/>
          <w:rtl/>
          <w:szCs w:val="22"/>
        </w:rPr>
        <w:t>✂ - - - - - - - - - - - - - - - - - - - - - - - - - - - - - - - -</w:t>
      </w:r>
    </w:p>
    <w:p>
      <w:pPr>
        <w:bidi/>
        <w:pStyle w:val="Heading2"/>
        <w:jc w:val="right"/>
      </w:pPr>
      <w:r>
        <w:rPr>
          <w:rFonts w:ascii="Arial" w:hAnsi="Arial" w:cs="Arial"/>
          <w:b/>
          <w:color w:val="6A3FD4"/>
          <w:sz w:val="32"/>
          <w:rtl/>
          <w:szCs w:val="32"/>
          <w:bCs/>
        </w:rPr>
        <w:t>🌍 מילון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עברית</w:t>
            </w:r>
          </w:p>
        </w:tc>
        <w:tc>
          <w:tcPr>
            <w:tcW w:type="dxa" w:w="2606"/>
            <w:shd w:val="clear" w:fill="E5DBFF"/>
          </w:tcPr>
          <w:p>
            <w:pPr>
              <w:bidi/>
              <w:jc w:val="right"/>
            </w:pPr>
            <w:r>
              <w:rPr>
                <w:rFonts w:ascii="Arial" w:hAnsi="Arial" w:cs="Arial"/>
                <w:b/>
                <w:sz w:val="22"/>
                <w:rtl/>
                <w:szCs w:val="22"/>
                <w:bCs/>
              </w:rPr>
              <w:t>English</w:t>
            </w:r>
          </w:p>
        </w:tc>
        <w:tc>
          <w:tcPr>
            <w:tcW w:type="dxa" w:w="2606"/>
            <w:shd w:val="clear" w:fill="E5DBFF"/>
          </w:tcPr>
          <w:p>
            <w:pPr>
              <w:bidi/>
              <w:jc w:val="right"/>
            </w:pPr>
            <w:r>
              <w:rPr>
                <w:rFonts w:ascii="Arial" w:hAnsi="Arial" w:cs="Arial"/>
                <w:b/>
                <w:sz w:val="22"/>
                <w:rtl/>
                <w:szCs w:val="22"/>
                <w:bCs/>
              </w:rPr>
              <w:t>Русский</w:t>
            </w:r>
          </w:p>
        </w:tc>
        <w:tc>
          <w:tcPr>
            <w:tcW w:type="dxa" w:w="2606"/>
            <w:shd w:val="clear" w:fill="E5DBFF"/>
          </w:tcPr>
          <w:p>
            <w:pPr>
              <w:bidi/>
              <w:jc w:val="right"/>
            </w:pPr>
            <w:r>
              <w:rPr>
                <w:rFonts w:ascii="Arial" w:hAnsi="Arial" w:cs="Arial"/>
                <w:b/>
                <w:sz w:val="22"/>
                <w:rtl/>
                <w:szCs w:val="22"/>
                <w:bCs/>
              </w:rPr>
              <w:t>العربية</w:t>
            </w:r>
          </w:p>
        </w:tc>
      </w:tr>
      <w:tr>
        <w:tc>
          <w:tcPr>
            <w:tcW w:type="dxa" w:w="2606"/>
          </w:tcPr>
          <w:p>
            <w:pPr>
              <w:bidi/>
              <w:jc w:val="right"/>
            </w:pPr>
            <w:r>
              <w:rPr>
                <w:rFonts w:ascii="Arial" w:hAnsi="Arial" w:cs="Arial"/>
                <w:sz w:val="22"/>
                <w:rtl/>
                <w:szCs w:val="22"/>
              </w:rPr>
              <w:t>תכשיטים</w:t>
            </w:r>
          </w:p>
        </w:tc>
        <w:tc>
          <w:tcPr>
            <w:tcW w:type="dxa" w:w="2606"/>
          </w:tcPr>
          <w:p>
            <w:pPr>
              <w:bidi/>
              <w:jc w:val="right"/>
            </w:pPr>
            <w:r>
              <w:rPr>
                <w:rFonts w:ascii="Arial" w:hAnsi="Arial" w:cs="Arial"/>
                <w:sz w:val="22"/>
                <w:rtl/>
                <w:szCs w:val="22"/>
              </w:rPr>
              <w:t>jewelry</w:t>
            </w:r>
          </w:p>
        </w:tc>
        <w:tc>
          <w:tcPr>
            <w:tcW w:type="dxa" w:w="2606"/>
          </w:tcPr>
          <w:p>
            <w:pPr>
              <w:bidi/>
              <w:jc w:val="right"/>
            </w:pPr>
            <w:r>
              <w:rPr>
                <w:rFonts w:ascii="Arial" w:hAnsi="Arial" w:cs="Arial"/>
                <w:sz w:val="22"/>
                <w:rtl/>
                <w:szCs w:val="22"/>
              </w:rPr>
              <w:t>украшения</w:t>
            </w:r>
          </w:p>
        </w:tc>
        <w:tc>
          <w:tcPr>
            <w:tcW w:type="dxa" w:w="2606"/>
          </w:tcPr>
          <w:p>
            <w:pPr>
              <w:bidi/>
              <w:jc w:val="right"/>
            </w:pPr>
            <w:r>
              <w:rPr>
                <w:rFonts w:ascii="Arial" w:hAnsi="Arial" w:cs="Arial"/>
                <w:sz w:val="22"/>
                <w:rtl/>
                <w:szCs w:val="22"/>
              </w:rPr>
              <w:t>مجوهرات</w:t>
            </w:r>
          </w:p>
        </w:tc>
      </w:tr>
      <w:tr>
        <w:tc>
          <w:tcPr>
            <w:tcW w:type="dxa" w:w="2606"/>
          </w:tcPr>
          <w:p>
            <w:pPr>
              <w:bidi/>
              <w:jc w:val="right"/>
            </w:pPr>
            <w:r>
              <w:rPr>
                <w:rFonts w:ascii="Arial" w:hAnsi="Arial" w:cs="Arial"/>
                <w:sz w:val="22"/>
                <w:rtl/>
                <w:szCs w:val="22"/>
              </w:rPr>
              <w:t>אינטרנט</w:t>
            </w:r>
          </w:p>
        </w:tc>
        <w:tc>
          <w:tcPr>
            <w:tcW w:type="dxa" w:w="2606"/>
          </w:tcPr>
          <w:p>
            <w:pPr>
              <w:bidi/>
              <w:jc w:val="right"/>
            </w:pPr>
            <w:r>
              <w:rPr>
                <w:rFonts w:ascii="Arial" w:hAnsi="Arial" w:cs="Arial"/>
                <w:sz w:val="22"/>
                <w:rtl/>
                <w:szCs w:val="22"/>
              </w:rPr>
              <w:t>internet</w:t>
            </w:r>
          </w:p>
        </w:tc>
        <w:tc>
          <w:tcPr>
            <w:tcW w:type="dxa" w:w="2606"/>
          </w:tcPr>
          <w:p>
            <w:pPr>
              <w:bidi/>
              <w:jc w:val="right"/>
            </w:pPr>
            <w:r>
              <w:rPr>
                <w:rFonts w:ascii="Arial" w:hAnsi="Arial" w:cs="Arial"/>
                <w:sz w:val="22"/>
                <w:rtl/>
                <w:szCs w:val="22"/>
              </w:rPr>
              <w:t>интернет</w:t>
            </w:r>
          </w:p>
        </w:tc>
        <w:tc>
          <w:tcPr>
            <w:tcW w:type="dxa" w:w="2606"/>
          </w:tcPr>
          <w:p>
            <w:pPr>
              <w:bidi/>
              <w:jc w:val="right"/>
            </w:pPr>
            <w:r>
              <w:rPr>
                <w:rFonts w:ascii="Arial" w:hAnsi="Arial" w:cs="Arial"/>
                <w:sz w:val="22"/>
                <w:rtl/>
                <w:szCs w:val="22"/>
              </w:rPr>
              <w:t>الإنترنت</w:t>
            </w:r>
          </w:p>
        </w:tc>
      </w:tr>
      <w:tr>
        <w:tc>
          <w:tcPr>
            <w:tcW w:type="dxa" w:w="2606"/>
          </w:tcPr>
          <w:p>
            <w:pPr>
              <w:bidi/>
              <w:jc w:val="right"/>
            </w:pPr>
            <w:r>
              <w:rPr>
                <w:rFonts w:ascii="Arial" w:hAnsi="Arial" w:cs="Arial"/>
                <w:sz w:val="22"/>
                <w:rtl/>
                <w:szCs w:val="22"/>
              </w:rPr>
              <w:t>יבשות</w:t>
            </w:r>
          </w:p>
        </w:tc>
        <w:tc>
          <w:tcPr>
            <w:tcW w:type="dxa" w:w="2606"/>
          </w:tcPr>
          <w:p>
            <w:pPr>
              <w:bidi/>
              <w:jc w:val="right"/>
            </w:pPr>
            <w:r>
              <w:rPr>
                <w:rFonts w:ascii="Arial" w:hAnsi="Arial" w:cs="Arial"/>
                <w:sz w:val="22"/>
                <w:rtl/>
                <w:szCs w:val="22"/>
              </w:rPr>
              <w:t>continents</w:t>
            </w:r>
          </w:p>
        </w:tc>
        <w:tc>
          <w:tcPr>
            <w:tcW w:type="dxa" w:w="2606"/>
          </w:tcPr>
          <w:p>
            <w:pPr>
              <w:bidi/>
              <w:jc w:val="right"/>
            </w:pPr>
            <w:r>
              <w:rPr>
                <w:rFonts w:ascii="Arial" w:hAnsi="Arial" w:cs="Arial"/>
                <w:sz w:val="22"/>
                <w:rtl/>
                <w:szCs w:val="22"/>
              </w:rPr>
              <w:t>континенты</w:t>
            </w:r>
          </w:p>
        </w:tc>
        <w:tc>
          <w:tcPr>
            <w:tcW w:type="dxa" w:w="2606"/>
          </w:tcPr>
          <w:p>
            <w:pPr>
              <w:bidi/>
              <w:jc w:val="right"/>
            </w:pPr>
            <w:r>
              <w:rPr>
                <w:rFonts w:ascii="Arial" w:hAnsi="Arial" w:cs="Arial"/>
                <w:sz w:val="22"/>
                <w:rtl/>
                <w:szCs w:val="22"/>
              </w:rPr>
              <w:t>قارّات</w:t>
            </w:r>
          </w:p>
        </w:tc>
      </w:tr>
      <w:tr>
        <w:tc>
          <w:tcPr>
            <w:tcW w:type="dxa" w:w="2606"/>
          </w:tcPr>
          <w:p>
            <w:pPr>
              <w:bidi/>
              <w:jc w:val="right"/>
            </w:pPr>
            <w:r>
              <w:rPr>
                <w:rFonts w:ascii="Arial" w:hAnsi="Arial" w:cs="Arial"/>
                <w:sz w:val="22"/>
                <w:rtl/>
                <w:szCs w:val="22"/>
              </w:rPr>
              <w:t>חבילות</w:t>
            </w:r>
          </w:p>
        </w:tc>
        <w:tc>
          <w:tcPr>
            <w:tcW w:type="dxa" w:w="2606"/>
          </w:tcPr>
          <w:p>
            <w:pPr>
              <w:bidi/>
              <w:jc w:val="right"/>
            </w:pPr>
            <w:r>
              <w:rPr>
                <w:rFonts w:ascii="Arial" w:hAnsi="Arial" w:cs="Arial"/>
                <w:sz w:val="22"/>
                <w:rtl/>
                <w:szCs w:val="22"/>
              </w:rPr>
              <w:t>parcels</w:t>
            </w:r>
          </w:p>
        </w:tc>
        <w:tc>
          <w:tcPr>
            <w:tcW w:type="dxa" w:w="2606"/>
          </w:tcPr>
          <w:p>
            <w:pPr>
              <w:bidi/>
              <w:jc w:val="right"/>
            </w:pPr>
            <w:r>
              <w:rPr>
                <w:rFonts w:ascii="Arial" w:hAnsi="Arial" w:cs="Arial"/>
                <w:sz w:val="22"/>
                <w:rtl/>
                <w:szCs w:val="22"/>
              </w:rPr>
              <w:t>посылки</w:t>
            </w:r>
          </w:p>
        </w:tc>
        <w:tc>
          <w:tcPr>
            <w:tcW w:type="dxa" w:w="2606"/>
          </w:tcPr>
          <w:p>
            <w:pPr>
              <w:bidi/>
              <w:jc w:val="right"/>
            </w:pPr>
            <w:r>
              <w:rPr>
                <w:rFonts w:ascii="Arial" w:hAnsi="Arial" w:cs="Arial"/>
                <w:sz w:val="22"/>
                <w:rtl/>
                <w:szCs w:val="22"/>
              </w:rPr>
              <w:t>طرود</w:t>
            </w:r>
          </w:p>
        </w:tc>
      </w:tr>
      <w:tr>
        <w:tc>
          <w:tcPr>
            <w:tcW w:type="dxa" w:w="2606"/>
          </w:tcPr>
          <w:p>
            <w:pPr>
              <w:bidi/>
              <w:jc w:val="right"/>
            </w:pPr>
            <w:r>
              <w:rPr>
                <w:rFonts w:ascii="Arial" w:hAnsi="Arial" w:cs="Arial"/>
                <w:sz w:val="22"/>
                <w:rtl/>
                <w:szCs w:val="22"/>
              </w:rPr>
              <w:t>הגירה</w:t>
            </w:r>
          </w:p>
        </w:tc>
        <w:tc>
          <w:tcPr>
            <w:tcW w:type="dxa" w:w="2606"/>
          </w:tcPr>
          <w:p>
            <w:pPr>
              <w:bidi/>
              <w:jc w:val="right"/>
            </w:pPr>
            <w:r>
              <w:rPr>
                <w:rFonts w:ascii="Arial" w:hAnsi="Arial" w:cs="Arial"/>
                <w:sz w:val="22"/>
                <w:rtl/>
                <w:szCs w:val="22"/>
              </w:rPr>
              <w:t>migration</w:t>
            </w:r>
          </w:p>
        </w:tc>
        <w:tc>
          <w:tcPr>
            <w:tcW w:type="dxa" w:w="2606"/>
          </w:tcPr>
          <w:p>
            <w:pPr>
              <w:bidi/>
              <w:jc w:val="right"/>
            </w:pPr>
            <w:r>
              <w:rPr>
                <w:rFonts w:ascii="Arial" w:hAnsi="Arial" w:cs="Arial"/>
                <w:sz w:val="22"/>
                <w:rtl/>
                <w:szCs w:val="22"/>
              </w:rPr>
              <w:t>миграция</w:t>
            </w:r>
          </w:p>
        </w:tc>
        <w:tc>
          <w:tcPr>
            <w:tcW w:type="dxa" w:w="2606"/>
          </w:tcPr>
          <w:p>
            <w:pPr>
              <w:bidi/>
              <w:jc w:val="right"/>
            </w:pPr>
            <w:r>
              <w:rPr>
                <w:rFonts w:ascii="Arial" w:hAnsi="Arial" w:cs="Arial"/>
                <w:sz w:val="22"/>
                <w:rtl/>
                <w:szCs w:val="22"/>
              </w:rPr>
              <w:t>هجرة</w:t>
            </w:r>
          </w:p>
        </w:tc>
      </w:tr>
      <w:tr>
        <w:tc>
          <w:tcPr>
            <w:tcW w:type="dxa" w:w="2606"/>
          </w:tcPr>
          <w:p>
            <w:pPr>
              <w:bidi/>
              <w:jc w:val="right"/>
            </w:pPr>
            <w:r>
              <w:rPr>
                <w:rFonts w:ascii="Arial" w:hAnsi="Arial" w:cs="Arial"/>
                <w:sz w:val="22"/>
                <w:rtl/>
                <w:szCs w:val="22"/>
              </w:rPr>
              <w:t>עבודה</w:t>
            </w:r>
          </w:p>
        </w:tc>
        <w:tc>
          <w:tcPr>
            <w:tcW w:type="dxa" w:w="2606"/>
          </w:tcPr>
          <w:p>
            <w:pPr>
              <w:bidi/>
              <w:jc w:val="right"/>
            </w:pPr>
            <w:r>
              <w:rPr>
                <w:rFonts w:ascii="Arial" w:hAnsi="Arial" w:cs="Arial"/>
                <w:sz w:val="22"/>
                <w:rtl/>
                <w:szCs w:val="22"/>
              </w:rPr>
              <w:t>work, job</w:t>
            </w:r>
          </w:p>
        </w:tc>
        <w:tc>
          <w:tcPr>
            <w:tcW w:type="dxa" w:w="2606"/>
          </w:tcPr>
          <w:p>
            <w:pPr>
              <w:bidi/>
              <w:jc w:val="right"/>
            </w:pPr>
            <w:r>
              <w:rPr>
                <w:rFonts w:ascii="Arial" w:hAnsi="Arial" w:cs="Arial"/>
                <w:sz w:val="22"/>
                <w:rtl/>
                <w:szCs w:val="22"/>
              </w:rPr>
              <w:t>работа</w:t>
            </w:r>
          </w:p>
        </w:tc>
        <w:tc>
          <w:tcPr>
            <w:tcW w:type="dxa" w:w="2606"/>
          </w:tcPr>
          <w:p>
            <w:pPr>
              <w:bidi/>
              <w:jc w:val="right"/>
            </w:pPr>
            <w:r>
              <w:rPr>
                <w:rFonts w:ascii="Arial" w:hAnsi="Arial" w:cs="Arial"/>
                <w:sz w:val="22"/>
                <w:rtl/>
                <w:szCs w:val="22"/>
              </w:rPr>
              <w:t>عمل</w:t>
            </w:r>
          </w:p>
        </w:tc>
      </w:tr>
      <w:tr>
        <w:tc>
          <w:tcPr>
            <w:tcW w:type="dxa" w:w="2606"/>
          </w:tcPr>
          <w:p>
            <w:pPr>
              <w:bidi/>
              <w:jc w:val="right"/>
            </w:pPr>
            <w:r>
              <w:rPr>
                <w:rFonts w:ascii="Arial" w:hAnsi="Arial" w:cs="Arial"/>
                <w:sz w:val="22"/>
                <w:rtl/>
                <w:szCs w:val="22"/>
              </w:rPr>
              <w:t>שפה</w:t>
            </w:r>
          </w:p>
        </w:tc>
        <w:tc>
          <w:tcPr>
            <w:tcW w:type="dxa" w:w="2606"/>
          </w:tcPr>
          <w:p>
            <w:pPr>
              <w:bidi/>
              <w:jc w:val="right"/>
            </w:pPr>
            <w:r>
              <w:rPr>
                <w:rFonts w:ascii="Arial" w:hAnsi="Arial" w:cs="Arial"/>
                <w:sz w:val="22"/>
                <w:rtl/>
                <w:szCs w:val="22"/>
              </w:rPr>
              <w:t>language</w:t>
            </w:r>
          </w:p>
        </w:tc>
        <w:tc>
          <w:tcPr>
            <w:tcW w:type="dxa" w:w="2606"/>
          </w:tcPr>
          <w:p>
            <w:pPr>
              <w:bidi/>
              <w:jc w:val="right"/>
            </w:pPr>
            <w:r>
              <w:rPr>
                <w:rFonts w:ascii="Arial" w:hAnsi="Arial" w:cs="Arial"/>
                <w:sz w:val="22"/>
                <w:rtl/>
                <w:szCs w:val="22"/>
              </w:rPr>
              <w:t>язык</w:t>
            </w:r>
          </w:p>
        </w:tc>
        <w:tc>
          <w:tcPr>
            <w:tcW w:type="dxa" w:w="2606"/>
          </w:tcPr>
          <w:p>
            <w:pPr>
              <w:bidi/>
              <w:jc w:val="right"/>
            </w:pPr>
            <w:r>
              <w:rPr>
                <w:rFonts w:ascii="Arial" w:hAnsi="Arial" w:cs="Arial"/>
                <w:sz w:val="22"/>
                <w:rtl/>
                <w:szCs w:val="22"/>
              </w:rPr>
              <w:t>لغة</w:t>
            </w:r>
          </w:p>
        </w:tc>
      </w:tr>
      <w:tr>
        <w:tc>
          <w:tcPr>
            <w:tcW w:type="dxa" w:w="2606"/>
          </w:tcPr>
          <w:p>
            <w:pPr>
              <w:bidi/>
              <w:jc w:val="right"/>
            </w:pPr>
            <w:r>
              <w:rPr>
                <w:rFonts w:ascii="Arial" w:hAnsi="Arial" w:cs="Arial"/>
                <w:sz w:val="22"/>
                <w:rtl/>
                <w:szCs w:val="22"/>
              </w:rPr>
              <w:t>מגוונת</w:t>
            </w:r>
          </w:p>
        </w:tc>
        <w:tc>
          <w:tcPr>
            <w:tcW w:type="dxa" w:w="2606"/>
          </w:tcPr>
          <w:p>
            <w:pPr>
              <w:bidi/>
              <w:jc w:val="right"/>
            </w:pPr>
            <w:r>
              <w:rPr>
                <w:rFonts w:ascii="Arial" w:hAnsi="Arial" w:cs="Arial"/>
                <w:sz w:val="22"/>
                <w:rtl/>
                <w:szCs w:val="22"/>
              </w:rPr>
              <w:t>diverse</w:t>
            </w:r>
          </w:p>
        </w:tc>
        <w:tc>
          <w:tcPr>
            <w:tcW w:type="dxa" w:w="2606"/>
          </w:tcPr>
          <w:p>
            <w:pPr>
              <w:bidi/>
              <w:jc w:val="right"/>
            </w:pPr>
            <w:r>
              <w:rPr>
                <w:rFonts w:ascii="Arial" w:hAnsi="Arial" w:cs="Arial"/>
                <w:sz w:val="22"/>
                <w:rtl/>
                <w:szCs w:val="22"/>
              </w:rPr>
              <w:t>разнообразная</w:t>
            </w:r>
          </w:p>
        </w:tc>
        <w:tc>
          <w:tcPr>
            <w:tcW w:type="dxa" w:w="2606"/>
          </w:tcPr>
          <w:p>
            <w:pPr>
              <w:bidi/>
              <w:jc w:val="right"/>
            </w:pPr>
            <w:r>
              <w:rPr>
                <w:rFonts w:ascii="Arial" w:hAnsi="Arial" w:cs="Arial"/>
                <w:sz w:val="22"/>
                <w:rtl/>
                <w:szCs w:val="22"/>
              </w:rPr>
              <w:t>متنوّعة</w:t>
            </w:r>
          </w:p>
        </w:tc>
      </w:tr>
      <w:tr>
        <w:tc>
          <w:tcPr>
            <w:tcW w:type="dxa" w:w="2606"/>
          </w:tcPr>
          <w:p>
            <w:pPr>
              <w:bidi/>
              <w:jc w:val="right"/>
            </w:pPr>
            <w:r>
              <w:rPr>
                <w:rFonts w:ascii="Arial" w:hAnsi="Arial" w:cs="Arial"/>
                <w:sz w:val="22"/>
                <w:rtl/>
                <w:szCs w:val="22"/>
              </w:rPr>
              <w:t>תאגיד</w:t>
            </w:r>
          </w:p>
        </w:tc>
        <w:tc>
          <w:tcPr>
            <w:tcW w:type="dxa" w:w="2606"/>
          </w:tcPr>
          <w:p>
            <w:pPr>
              <w:bidi/>
              <w:jc w:val="right"/>
            </w:pPr>
            <w:r>
              <w:rPr>
                <w:rFonts w:ascii="Arial" w:hAnsi="Arial" w:cs="Arial"/>
                <w:sz w:val="22"/>
                <w:rtl/>
                <w:szCs w:val="22"/>
              </w:rPr>
              <w:t>corporation</w:t>
            </w:r>
          </w:p>
        </w:tc>
        <w:tc>
          <w:tcPr>
            <w:tcW w:type="dxa" w:w="2606"/>
          </w:tcPr>
          <w:p>
            <w:pPr>
              <w:bidi/>
              <w:jc w:val="right"/>
            </w:pPr>
            <w:r>
              <w:rPr>
                <w:rFonts w:ascii="Arial" w:hAnsi="Arial" w:cs="Arial"/>
                <w:sz w:val="22"/>
                <w:rtl/>
                <w:szCs w:val="22"/>
              </w:rPr>
              <w:t>корпорация</w:t>
            </w:r>
          </w:p>
        </w:tc>
        <w:tc>
          <w:tcPr>
            <w:tcW w:type="dxa" w:w="2606"/>
          </w:tcPr>
          <w:p>
            <w:pPr>
              <w:bidi/>
              <w:jc w:val="right"/>
            </w:pPr>
            <w:r>
              <w:rPr>
                <w:rFonts w:ascii="Arial" w:hAnsi="Arial" w:cs="Arial"/>
                <w:sz w:val="22"/>
                <w:rtl/>
                <w:szCs w:val="22"/>
              </w:rPr>
              <w:t>شركة كبرى</w:t>
            </w:r>
          </w:p>
        </w:tc>
      </w:tr>
      <w:tr>
        <w:tc>
          <w:tcPr>
            <w:tcW w:type="dxa" w:w="2606"/>
          </w:tcPr>
          <w:p>
            <w:pPr>
              <w:bidi/>
              <w:jc w:val="right"/>
            </w:pPr>
            <w:r>
              <w:rPr>
                <w:rFonts w:ascii="Arial" w:hAnsi="Arial" w:cs="Arial"/>
                <w:sz w:val="22"/>
                <w:rtl/>
                <w:szCs w:val="22"/>
              </w:rPr>
              <w:t>שכר</w:t>
            </w:r>
          </w:p>
        </w:tc>
        <w:tc>
          <w:tcPr>
            <w:tcW w:type="dxa" w:w="2606"/>
          </w:tcPr>
          <w:p>
            <w:pPr>
              <w:bidi/>
              <w:jc w:val="right"/>
            </w:pPr>
            <w:r>
              <w:rPr>
                <w:rFonts w:ascii="Arial" w:hAnsi="Arial" w:cs="Arial"/>
                <w:sz w:val="22"/>
                <w:rtl/>
                <w:szCs w:val="22"/>
              </w:rPr>
              <w:t>wage, salary</w:t>
            </w:r>
          </w:p>
        </w:tc>
        <w:tc>
          <w:tcPr>
            <w:tcW w:type="dxa" w:w="2606"/>
          </w:tcPr>
          <w:p>
            <w:pPr>
              <w:bidi/>
              <w:jc w:val="right"/>
            </w:pPr>
            <w:r>
              <w:rPr>
                <w:rFonts w:ascii="Arial" w:hAnsi="Arial" w:cs="Arial"/>
                <w:sz w:val="22"/>
                <w:rtl/>
                <w:szCs w:val="22"/>
              </w:rPr>
              <w:t>зарплата</w:t>
            </w:r>
          </w:p>
        </w:tc>
        <w:tc>
          <w:tcPr>
            <w:tcW w:type="dxa" w:w="2606"/>
          </w:tcPr>
          <w:p>
            <w:pPr>
              <w:bidi/>
              <w:jc w:val="right"/>
            </w:pPr>
            <w:r>
              <w:rPr>
                <w:rFonts w:ascii="Arial" w:hAnsi="Arial" w:cs="Arial"/>
                <w:sz w:val="22"/>
                <w:rtl/>
                <w:szCs w:val="22"/>
              </w:rPr>
              <w:t>أجر، راتب</w:t>
            </w:r>
          </w:p>
        </w:tc>
      </w:tr>
      <w:tr>
        <w:tc>
          <w:tcPr>
            <w:tcW w:type="dxa" w:w="2606"/>
          </w:tcPr>
          <w:p>
            <w:pPr>
              <w:bidi/>
              <w:jc w:val="right"/>
            </w:pPr>
            <w:r>
              <w:rPr>
                <w:rFonts w:ascii="Arial" w:hAnsi="Arial" w:cs="Arial"/>
                <w:sz w:val="22"/>
                <w:rtl/>
                <w:szCs w:val="22"/>
              </w:rPr>
              <w:t>מתכות</w:t>
            </w:r>
          </w:p>
        </w:tc>
        <w:tc>
          <w:tcPr>
            <w:tcW w:type="dxa" w:w="2606"/>
          </w:tcPr>
          <w:p>
            <w:pPr>
              <w:bidi/>
              <w:jc w:val="right"/>
            </w:pPr>
            <w:r>
              <w:rPr>
                <w:rFonts w:ascii="Arial" w:hAnsi="Arial" w:cs="Arial"/>
                <w:sz w:val="22"/>
                <w:rtl/>
                <w:szCs w:val="22"/>
              </w:rPr>
              <w:t>metals</w:t>
            </w:r>
          </w:p>
        </w:tc>
        <w:tc>
          <w:tcPr>
            <w:tcW w:type="dxa" w:w="2606"/>
          </w:tcPr>
          <w:p>
            <w:pPr>
              <w:bidi/>
              <w:jc w:val="right"/>
            </w:pPr>
            <w:r>
              <w:rPr>
                <w:rFonts w:ascii="Arial" w:hAnsi="Arial" w:cs="Arial"/>
                <w:sz w:val="22"/>
                <w:rtl/>
                <w:szCs w:val="22"/>
              </w:rPr>
              <w:t>металлы</w:t>
            </w:r>
          </w:p>
        </w:tc>
        <w:tc>
          <w:tcPr>
            <w:tcW w:type="dxa" w:w="2606"/>
          </w:tcPr>
          <w:p>
            <w:pPr>
              <w:bidi/>
              <w:jc w:val="right"/>
            </w:pPr>
            <w:r>
              <w:rPr>
                <w:rFonts w:ascii="Arial" w:hAnsi="Arial" w:cs="Arial"/>
                <w:sz w:val="22"/>
                <w:rtl/>
                <w:szCs w:val="22"/>
              </w:rPr>
              <w:t>معادن</w:t>
            </w:r>
          </w:p>
        </w:tc>
      </w:tr>
      <w:tr>
        <w:tc>
          <w:tcPr>
            <w:tcW w:type="dxa" w:w="2606"/>
          </w:tcPr>
          <w:p>
            <w:pPr>
              <w:bidi/>
              <w:jc w:val="right"/>
            </w:pPr>
            <w:r>
              <w:rPr>
                <w:rFonts w:ascii="Arial" w:hAnsi="Arial" w:cs="Arial"/>
                <w:sz w:val="22"/>
                <w:rtl/>
                <w:szCs w:val="22"/>
              </w:rPr>
              <w:t>כבל</w:t>
            </w:r>
          </w:p>
        </w:tc>
        <w:tc>
          <w:tcPr>
            <w:tcW w:type="dxa" w:w="2606"/>
          </w:tcPr>
          <w:p>
            <w:pPr>
              <w:bidi/>
              <w:jc w:val="right"/>
            </w:pPr>
            <w:r>
              <w:rPr>
                <w:rFonts w:ascii="Arial" w:hAnsi="Arial" w:cs="Arial"/>
                <w:sz w:val="22"/>
                <w:rtl/>
                <w:szCs w:val="22"/>
              </w:rPr>
              <w:t>cable</w:t>
            </w:r>
          </w:p>
        </w:tc>
        <w:tc>
          <w:tcPr>
            <w:tcW w:type="dxa" w:w="2606"/>
          </w:tcPr>
          <w:p>
            <w:pPr>
              <w:bidi/>
              <w:jc w:val="right"/>
            </w:pPr>
            <w:r>
              <w:rPr>
                <w:rFonts w:ascii="Arial" w:hAnsi="Arial" w:cs="Arial"/>
                <w:sz w:val="22"/>
                <w:rtl/>
                <w:szCs w:val="22"/>
              </w:rPr>
              <w:t>кабель</w:t>
            </w:r>
          </w:p>
        </w:tc>
        <w:tc>
          <w:tcPr>
            <w:tcW w:type="dxa" w:w="2606"/>
          </w:tcPr>
          <w:p>
            <w:pPr>
              <w:bidi/>
              <w:jc w:val="right"/>
            </w:pPr>
            <w:r>
              <w:rPr>
                <w:rFonts w:ascii="Arial" w:hAnsi="Arial" w:cs="Arial"/>
                <w:sz w:val="22"/>
                <w:rtl/>
                <w:szCs w:val="22"/>
              </w:rPr>
              <w:t>كابل</w:t>
            </w:r>
          </w:p>
        </w:tc>
      </w:tr>
      <w:tr>
        <w:tc>
          <w:tcPr>
            <w:tcW w:type="dxa" w:w="2606"/>
          </w:tcPr>
          <w:p>
            <w:pPr>
              <w:bidi/>
              <w:jc w:val="right"/>
            </w:pPr>
            <w:r>
              <w:rPr>
                <w:rFonts w:ascii="Arial" w:hAnsi="Arial" w:cs="Arial"/>
                <w:sz w:val="22"/>
                <w:rtl/>
                <w:szCs w:val="22"/>
              </w:rPr>
              <w:t>פגישה</w:t>
            </w:r>
          </w:p>
        </w:tc>
        <w:tc>
          <w:tcPr>
            <w:tcW w:type="dxa" w:w="2606"/>
          </w:tcPr>
          <w:p>
            <w:pPr>
              <w:bidi/>
              <w:jc w:val="right"/>
            </w:pPr>
            <w:r>
              <w:rPr>
                <w:rFonts w:ascii="Arial" w:hAnsi="Arial" w:cs="Arial"/>
                <w:sz w:val="22"/>
                <w:rtl/>
                <w:szCs w:val="22"/>
              </w:rPr>
              <w:t>meeting</w:t>
            </w:r>
          </w:p>
        </w:tc>
        <w:tc>
          <w:tcPr>
            <w:tcW w:type="dxa" w:w="2606"/>
          </w:tcPr>
          <w:p>
            <w:pPr>
              <w:bidi/>
              <w:jc w:val="right"/>
            </w:pPr>
            <w:r>
              <w:rPr>
                <w:rFonts w:ascii="Arial" w:hAnsi="Arial" w:cs="Arial"/>
                <w:sz w:val="22"/>
                <w:rtl/>
                <w:szCs w:val="22"/>
              </w:rPr>
              <w:t>встреча</w:t>
            </w:r>
          </w:p>
        </w:tc>
        <w:tc>
          <w:tcPr>
            <w:tcW w:type="dxa" w:w="2606"/>
          </w:tcPr>
          <w:p>
            <w:pPr>
              <w:bidi/>
              <w:jc w:val="right"/>
            </w:pPr>
            <w:r>
              <w:rPr>
                <w:rFonts w:ascii="Arial" w:hAnsi="Arial" w:cs="Arial"/>
                <w:sz w:val="22"/>
                <w:rtl/>
                <w:szCs w:val="22"/>
              </w:rPr>
              <w:t>اجتماع</w:t>
            </w:r>
          </w:p>
        </w:tc>
      </w:tr>
      <w:tr>
        <w:tc>
          <w:tcPr>
            <w:tcW w:type="dxa" w:w="2606"/>
          </w:tcPr>
          <w:p>
            <w:pPr>
              <w:bidi/>
              <w:jc w:val="right"/>
            </w:pPr>
            <w:r>
              <w:rPr>
                <w:rFonts w:ascii="Arial" w:hAnsi="Arial" w:cs="Arial"/>
                <w:sz w:val="22"/>
                <w:rtl/>
                <w:szCs w:val="22"/>
              </w:rPr>
              <w:t>מסעדה</w:t>
            </w:r>
          </w:p>
        </w:tc>
        <w:tc>
          <w:tcPr>
            <w:tcW w:type="dxa" w:w="2606"/>
          </w:tcPr>
          <w:p>
            <w:pPr>
              <w:bidi/>
              <w:jc w:val="right"/>
            </w:pPr>
            <w:r>
              <w:rPr>
                <w:rFonts w:ascii="Arial" w:hAnsi="Arial" w:cs="Arial"/>
                <w:sz w:val="22"/>
                <w:rtl/>
                <w:szCs w:val="22"/>
              </w:rPr>
              <w:t>restaurant</w:t>
            </w:r>
          </w:p>
        </w:tc>
        <w:tc>
          <w:tcPr>
            <w:tcW w:type="dxa" w:w="2606"/>
          </w:tcPr>
          <w:p>
            <w:pPr>
              <w:bidi/>
              <w:jc w:val="right"/>
            </w:pPr>
            <w:r>
              <w:rPr>
                <w:rFonts w:ascii="Arial" w:hAnsi="Arial" w:cs="Arial"/>
                <w:sz w:val="22"/>
                <w:rtl/>
                <w:szCs w:val="22"/>
              </w:rPr>
              <w:t>ресторан</w:t>
            </w:r>
          </w:p>
        </w:tc>
        <w:tc>
          <w:tcPr>
            <w:tcW w:type="dxa" w:w="2606"/>
          </w:tcPr>
          <w:p>
            <w:pPr>
              <w:bidi/>
              <w:jc w:val="right"/>
            </w:pPr>
            <w:r>
              <w:rPr>
                <w:rFonts w:ascii="Arial" w:hAnsi="Arial" w:cs="Arial"/>
                <w:sz w:val="22"/>
                <w:rtl/>
                <w:szCs w:val="22"/>
              </w:rPr>
              <w:t>مطعم</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משהו אחד שלמדתי היום: ______________________</w:t>
      </w:r>
    </w:p>
    <w:p>
      <w:pPr>
        <w:bidi/>
        <w:jc w:val="right"/>
      </w:pPr>
      <w:r>
        <w:rPr>
          <w:rFonts w:ascii="Arial" w:hAnsi="Arial" w:cs="Arial"/>
          <w:sz w:val="24"/>
          <w:rtl/>
          <w:szCs w:val="24"/>
        </w:rPr>
        <w:t>שאלה שנשארה לי: 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גלובליזציה – כפר עולמי · תיכון – עולים חדשים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