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🧑‍🏫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מהדורה למורה – מפתח תשובות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📚 לשון · יסודי – מהדורה למורה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מפתח לכל 3 המסלולים (רגיל · חנ״מ · עולים) ולכל המשחקים בחוברות התלמיד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רגיל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ה״א הַיְּדִיעָה – ה״א הַיְּדִיעָה! "סֵפֶר יָפֶה" – כָּל סֵפֶר. "הַסֵּפֶר הַיָּפֶה" – סֵפֶר אֶחָד שֶׁכֻּלָּנוּ מַכִּירִים: הַכָּחֹל. הָאוֹת ה׳ הוֹפֶכֶת דָּבָר כְּלָלִי לְדָבָר מֻכָּר.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הַאִם הַפֶּתֶק הַשֵּׁנִי מְדַבֵּר עַל הַרְבֵּה סְפָרִים? ← לֹא, עַל סֵפֶר אֶחָד בִּלְבַד (שולל: יָחִיד וְרַבִּים)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בִּשְׁנֵי הַפְּתָקִים כָּתוּב "יָפֶה" וְלֹא "יָפָה". מָה זֶה מְלַמֵּד? ← שֶׁהַמִּין לֹא הִשְׁתַּנָּה – שְׁנֵי הַפְּתָקִים בְּזָכָר (שולל: זָכָר וּנְקֵבָה)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מָה בְּדִיּוּק נוֹסַף בַּפֶּתֶק הַשֵּׁנִי? ← הָאוֹת ה׳ לִפְנֵי "סֵפֶר" וְלִפְנֵי "יָפֶה" (שולל: מִשְׁפַּחַת מִלִּים)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גַּנָּן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דֶּלֶת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פֶּרַח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כָּתַבְנוּ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תַּלְמִידָה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כָּל הַכָּבוֹד, בַּלָּשֵׁי לָשׁוֹן! גִּלִּיתֶם שׁוֹרָשִׁים, דְּגֵשִׁים וְזָכָר וּנְקֵבָה – בְּגִנָּה אַחַת.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שורש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עֵץ הַמִּשְׁפָּחוֹת: גַּנָּן ↔ ג־נ־ן · כָּתַבְנוּ ↔ כ־ת־ב · סִפְרִיָּה ↔ ס־פ־ר · שָׁתַלְנוּ ↔ ש־ת־ל → 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מִגְדַּל הַה״א: הַשֵּׁנִי מְדַבֵּר עַל סֵפֶר מְסֻיָּם וּמֻכָּר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שַׁעַר הַכְּלָלִים: דֶּלֶת ↔ דָּגֵשׁ בְּאוֹת ד׳ בִּתְחִלַּת מִלָּה · תַּלְמִידָה ↔ לְשׁוֹן נְקֵבָה · פְּרָחִים ↔ לְשׁוֹן רַבִּים · הַגַּנָּן ↔ ה״א הַיְּדִיעָה → 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גִּבְעַת הַפַּרְפָּרִים: כִּסֵּא → ש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הַכִּתָּה יוֹצֵאת אֶל הַגִּנָּה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הַגַּנָּן פּוֹתֵחַ דֶּלֶת יְרֻקָּה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שׁוֹתְלִים פְּרָחִים בָּעֲרוּגָה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כּוֹתְבִים שֶׁלֶט לַפִּנָּה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דָּנָה מְצַיֶּרֶת פַּרְפַּר כָּתֹם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ג־נ־ן: גִּנָּה · גַּנֶּנֶת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כ־ת־ב: מִכְתָּב · כְּתִיבָה · כָּתַבְנוּ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ס־פ־ר: סִפְרִיָּה · סַפְרָן · סִפּוּר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כֵּן – יֵשׁ דָּגֵשׁ בַּהַתְחָלָה: בַּיִת · גֶּשֶׁם · תַּפּוּחַ · פִּיל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לֹא: לֶחֶם · מַיִם · שֶׁמֶשׁ · רֶגֶל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מָה תִּהְיֶה הַמִּלָּה כְּשֶׁה׳ תִּקְפֹּץ לְפָנֶיהָ? ← הַכֶּלֶב. ההמשך: ה׳ קָפְצָה לִפְנֵי הַמִּלָּה, וְנוֹצַר "הַכֶּלֶב". פִּתְאוֹם כֻּלָּם יָדְעוּ: זֶה לֹא סְתָם כֶּלֶב – זֶה הַכֶּלֶב שֶׁל הַשְּׁכוּנָה!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אֵיךְ אוֹמְרִים "כֶּלֶב" בִּלְשׁוֹן נְקֵבָה? ← כַּלְבָּה. ההמשך: "כַּלְבָּה" – הַפַּעַם ה׳ קָפְצָה לְסוֹף הַמִּלָּה! עַכְשָׁו יֵשׁ זָכָר וּנְקֵבָה, וְהֵם הוֹלְכִים יַחַד.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אֵיךְ אוֹמְרִים הַרְבֵּה "כֶּלֶב"? ← כְּלָבִים. ההמשך: "כְּלָבִים" – בְּרַבִּים נוֹסָף ־ִים בַּסּוֹף, וְגַם הַצְּלִיל בְּתוֹךְ הַמִּלָּה מִשְׁתַּנֶּה קְצָת.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מָה מְשֻׁתָּף לְכָל הַמִּלִּים הָאֵלֶּה? ← כֻּלָּן מֵהַשֹּׁרֶשׁ כ־ל־ב – מִשְׁפָּחָה אַחַת. ההמשך: כֶּלֶב, כַּלְבָּה, כְּלָבִים, כַּלְבָּן, כְּלַבְלַב – כֻּלָּן מִמִּשְׁפַּחַת כ־ל־ב. ה׳ הַקְּטַנָּה חִיְּכָה: "אֵיזוֹ מִשְׁפָּחָה גְּדוֹלָה!"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גָּמָל – גָּמָל אֵינוֹ מֵהַשֹּׁרֶשׁ ג־נ־ן, אַף שֶׁהוּא מַתְחִיל בְּג׳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הָרִים – בְּ"הָרִים" הַה׳ הִיא חֵלֶק מֵהַמִּלָּה "הַר", וְלֹא ה״א הַיְּדִיעָה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לַיְלָה – לַיְלָה מִסְתַּיֵּם בְּה׳ – אֲבָל הוּא בִּלְשׁוֹן זָכָר ("לַיְלָה טוֹב")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מִטָּה – מִטָּה – הָאוֹת מ׳ אֵינָהּ מִבגד״כפ״ת, וְלָכֵן אֵין דָּגֵשׁ בָּאוֹת הָרִאשׁוֹנָה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כִּתָּה – בְּ"כִתָּה" אֵין ב׳ – הִיא לֹא מִמִּשְׁפַּחַת כ־ת־ב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ש־ק־ה · 2) כִּי כְּבָר הִכַּרְנוּ אֶת הַגִּנָּה הַזֹּאת · 3) זָרַח · 4) כִּי בָּאוּ כַּמָּה בַּעֲלֵי חַיִּים · 5) פְּרָחִים · 6) שֶׁהֵם יָדְעוּ שֶׁצְּמִיחָה לוֹקַחַת זְמַן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 · 7) נכון · 8) לא נכון · 9) נכון · 10)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כִּי · (2) אֲבָל · (3) אַחֲרֵי · (4) כִּי · (5) לָכֵן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לְהַגִּנָּה → לַגִּנָּה · הַפְּרָחִים הָיָה → הַפְּרָחִים הָיוּ · תּוֹלַעַת קָטָן → תּוֹלַעַת קְטַנָּה · הָלַחְנוּ → הָלַכְנוּ · הַגַּנָּנִית אָמַר → הַגַּנָּנִית אָמְרָה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חנ״מ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עִפָּרוֹן – הָעִפָּרוֹן ✏️! כּוֹתְבִים בּוֹ. עַכְשָׁו הַשֶּׁלֶט שָׁלֵם: "הָעִפָּרוֹן עַל הַשֻּׁלְחָן".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אֵיפֹה הַמַּחְבָּרוֹת? 📒 ← בַּתִּיק (שולל: מַחְבֶּרֶת)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הַאִם כּוֹתְבִים בְּתִיק? 🎒 ← לֹא, בְּתִיק לֹא כּוֹתְבִים (שולל: תִּיק)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גַּנָּן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פֶּרַח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גִּנָּה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🎉 כָּל הַכָּבוֹד! מְצָאתֶם מִשְׁפָּחָה שֶׁל מִלִּים!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דגש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רְחוֹב הַה׳: ה׳ → 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גֶּשֶׁר הַבָּנוֹת: תַּלְמִידָה → 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שְׂדֵה הַפְּרָחִים: פְּרָחִים → ש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שׁוֹתְלִים זֶרַע 🌱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מַשְׁקִים בְּמַיִם 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צוֹמֵחַ פֶּרַח 🌷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אֶחָד ☝️: פֶּרַח 🌷 · יֶלֶד 👦 · סֵפֶר 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הַרְבֵּה 🖐️: פְּרָחִים 🌷🌷 · יְלָדִים 👦👦 · סְפָרִים 📚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מָה נַגִּיד? ← הֶחָתוּל. ההמשך: "הֶחָתוּל" – כִּי כֻּלָּם מַכִּירִים אוֹתוֹ.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אֵיךְ נִקְרָא לָהּ? ← חֲתוּלָה. ההמשך: "חֲתוּלָה" – ה׳ בַּסּוֹף.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אֵיךְ אוֹמְרִים הַרְבֵּה "חָתוּל"? ← חֲתוּלִים. ההמשך: "חֲתוּלִים" – ־ִים בַּסּוֹף.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🐪 גָּמָל – גָּמָל לֹא מֵהַמִּשְׁפָּחָה שֶׁל "גַּן"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👦 יֶלֶד – יֶלֶד בִּלְשׁוֹן זָכָר, הַשְּׁאָר נְקֵבָה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☀️ שֶׁמֶשׁ – שֶׁמֶשׁ – אֵין דָּגֵשׁ בָּאוֹת הָרִאשׁוֹנָה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ש־ת־ל · 2) פֶּרַח יָפֶה · 3) בַּיִת · 4) עֵצִים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זְרָעִים · (2) מַיִם · (3) אַחַר כָּךְ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לְהַגִּנָּה → לַגִּנָּה · הַפֶּרַח גְּדוֹלָה → הַפֶּרַח גָּדוֹל · הָעֵצִים גָּבוֹהַּ → הָעֵצִים גְּבוֹהִים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עולים חדשים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סוֹפִי – סוֹפִי! הִיא בַּת (תַּלְמִידָה), הִיא אַחַת (הִגִּיעָה), וְהִיא מִצָּרְפַת. כָּל אוֹת עָזְרָה לָנוּ.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"תַּלְמִידָה" – זָכָר אוֹ נְקֵבָה? ← נְקֵבָה (שולל: יוֹסֵף)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"הִגִּיעָה" – אַחַת אוֹ שְׁתַּיִם? ← אַחַת (שולל: אֵלָה וְנוֹעָה)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מֵאֵיפֹה הִגִּיעָה הַתַּלְמִידָה? ← מִצָּרְפַת (שולל: מַרְיָה)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תִּיק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מַחְבֶּרֶת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סְפָרִים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חַלּוֹן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יָפֶה מְאוֹד! עַכְשָׁו אַתֶּם יוֹדְעִים מִלִּים שֶׁל כִּתָּה.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שלום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הַסִּפְרִיָּה: סֵפֶר ↔ סְפָרִים · מִלָּה ↔ מִלִּים · תַּלְמִיד ↔ תַּלְמִידִים → 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הַכִּתָּה: סוֹפִי → 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חֲדַר הַמּוֹרִים: תַּלְמִיד ↔ תַּלְמִידָה · מוֹרֶה ↔ מוֹרָה · חָדָשׁ ↔ חֲדָשָׁה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הַחָצֵר: הַסֵּפֶר → 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הַתַּלְמִידָה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הַחֲדָשָׁה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הִגִּיעָה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מִצָּרְפַת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זָכָר 👦: תַּלְמִיד · חַלּוֹן · תִּיק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נְקֵבָה 👧: מוֹרָה · מַחְבֶּרֶת · כִּתָּה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מָה הַתַּלְמִידִים יַעֲשׂוּ? ← יַגִּידוּ "שָׁלוֹם" וְ"בְּרוּכָה הַבָּאָה". ההמשך: כֻּלָּם אוֹמְרִים: "בְּרוּכָה הַבָּאָה, סוֹפִי!" הִיא מְחַיֶּכֶת.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אֵיזֶה סֵפֶר הִיא תִּפְתַּח? ← אֶת הַסֵּפֶר שֶׁהַמּוֹרָה מַרְאָה. ההמשך: "הַסֵּפֶר" – סֵפֶר אֶחָד שֶׁכֻּלָּם מַכִּירִים. סוֹפִי רוֹאָה אֶת הַסֵּפֶר בְּיַד הַמּוֹרָה, וּפוֹתַחַת אוֹתוֹ.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אֵיךְ הִיא תִּקְרָא לָהֶן? ← חֲבֵרוֹת. ההמשך: "חֲבֵרוֹת!" – נְקֵבָה וְרַבִּים: ־וֹת בַּסּוֹף. סוֹפִי כּוֹתֶבֶת עוֹד מִלָּה בַּמַּחְבֶּרֶת.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תִּיק – תִּיק – אֶחָד; הַשְּׁאָר – הַרְבֵּה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סֵפֶר – "סֵפֶר" – בְּלִי ה׳; זֶה סְתָם סֵפֶר, לֹא מֻכָּר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חַלּוֹן – חַלּוֹן – זָכָר; הַשְּׁאָר – נְקֵבָה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סוֹפִי – סוֹפִי – שֵׁם שֶׁל בַּת; הַשְּׁאָר – אֲרָצוֹת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יֶלֶד חָדָשׁ מוֹצֵא חָבֵר רִאשׁוֹן · 2) הוּא מַרְאֶה אֶת הָרֶגַע שֶׁהַכֹּל הִשְׁתַּנָּה · 3) בָּרִאשׁוֹן הוּא לְבַד, בַּשֵּׁנִי יֵשׁ לוֹ חֲבֵרִים · 4) כְּדֵי לְהַרְאוֹת זְמַן חָדָשׁ · 5) שֶׁגַּם לוֹ יֵשׁ מָה לָתֵת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 · 7) נכון · 8)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כִּי · (2) אֲבָל · (3) אַחֲרֵי · (4) לָכֵן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לְהַגִּנָּה → לַגִּנָּה · שְׁנֵי פֶּרַח → שְׁנֵי פְּרָחִים · הַגִּנָּה גָּדוֹל → הַגִּנָּה גְּדוֹלָה · שָׂמֵחַ → שְׂמֵחִים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🔍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כְּלָל בגד״כפ״ת בַּיְּסוֹדִי: דָּגֵשׁ בָּאוֹת הָרִאשׁוֹנָה שֶׁל מִלָּה (כְּלָל בֵּית סִפְרִי מְפֻשָּׁט; אַחֲרֵי ו׳ הַחִבּוּר וְכוּ׳ יֵשׁ יוֹצְאִים מִן הַכְּלָל).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"לַיְלָה" – זָכָר לַמְרוֹת הַסִּיּוֹמֶת ־ָה; "כּוֹס" – נְקֵבָה.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שֹׁרֶשׁ "כְּלַבְלַב" – כ־ל־ב (מִלָּה מְכֻפֶּלֶת); "כִּתָּה" – אֵינָהּ מִשֹּׁרֶשׁ כ־ת־ב.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תִּרְגּוּמֵי הַמִּלּוֹן (אַנְגְּלִית, רוּסִית, עֲרָבִית) – בְּדִיקַת דּוֹבְרִים.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כְּלָל בגדכפ״ת: דָּגֵשׁ בִּתְחִלַּת מִלָּה – יֵשׁ חֲרִיגִים (אַחֲרֵי ו׳ הַחִבּוּר וּמִלִּיּוֹת יַחַס); הֻצַּג בְּפַשְׁטוּת לְיְסוֹדִי.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הַשֹּׁרֶשׁ שֶׁל גַּנָּנִית: ג־נ־ן (כְּתִיב: ג־נ־נ) – לְוַדֵּא אֶת הַהַצָּגָה בַּכִּתָּה.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📚 לשון · יסודי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